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327BD" w14:textId="77777777" w:rsidR="00851D0D" w:rsidRDefault="00851D0D">
      <w:pPr>
        <w:spacing w:before="1900"/>
      </w:pPr>
    </w:p>
    <w:p w14:paraId="6328747F" w14:textId="77777777" w:rsidR="00851D0D" w:rsidRDefault="005B4856">
      <w:pPr>
        <w:jc w:val="center"/>
        <w:rPr>
          <w:lang w:eastAsia="ko-KR"/>
        </w:rPr>
      </w:pPr>
      <w:r>
        <w:rPr>
          <w:b/>
          <w:color w:val="1B2A4A"/>
          <w:sz w:val="44"/>
          <w:lang w:eastAsia="ko-KR"/>
        </w:rPr>
        <w:t>교회</w:t>
      </w:r>
      <w:r>
        <w:rPr>
          <w:b/>
          <w:color w:val="1B2A4A"/>
          <w:sz w:val="44"/>
          <w:lang w:eastAsia="ko-KR"/>
        </w:rPr>
        <w:t xml:space="preserve"> </w:t>
      </w:r>
      <w:r>
        <w:rPr>
          <w:b/>
          <w:color w:val="1B2A4A"/>
          <w:sz w:val="44"/>
          <w:lang w:eastAsia="ko-KR"/>
        </w:rPr>
        <w:t>토양작업과</w:t>
      </w:r>
    </w:p>
    <w:p w14:paraId="220A0946" w14:textId="77777777" w:rsidR="00851D0D" w:rsidRDefault="005B4856">
      <w:pPr>
        <w:spacing w:after="480"/>
        <w:jc w:val="center"/>
        <w:rPr>
          <w:lang w:eastAsia="ko-KR"/>
        </w:rPr>
      </w:pPr>
      <w:r>
        <w:rPr>
          <w:b/>
          <w:color w:val="1B2A4A"/>
          <w:sz w:val="44"/>
          <w:lang w:eastAsia="ko-KR"/>
        </w:rPr>
        <w:t>성령치유사역</w:t>
      </w:r>
      <w:r>
        <w:rPr>
          <w:b/>
          <w:color w:val="1B2A4A"/>
          <w:sz w:val="44"/>
          <w:lang w:eastAsia="ko-KR"/>
        </w:rPr>
        <w:t xml:space="preserve"> </w:t>
      </w:r>
      <w:r>
        <w:rPr>
          <w:b/>
          <w:color w:val="1B2A4A"/>
          <w:sz w:val="44"/>
          <w:lang w:eastAsia="ko-KR"/>
        </w:rPr>
        <w:t>컨퍼런스</w:t>
      </w:r>
    </w:p>
    <w:p w14:paraId="761293CD" w14:textId="77777777" w:rsidR="00851D0D" w:rsidRDefault="005B4856">
      <w:pPr>
        <w:spacing w:after="280"/>
        <w:jc w:val="center"/>
        <w:rPr>
          <w:lang w:eastAsia="ko-KR"/>
        </w:rPr>
      </w:pPr>
      <w:r>
        <w:rPr>
          <w:b/>
          <w:color w:val="B22222"/>
          <w:sz w:val="60"/>
          <w:lang w:eastAsia="ko-KR"/>
        </w:rPr>
        <w:t>중보기도</w:t>
      </w:r>
      <w:r>
        <w:rPr>
          <w:b/>
          <w:color w:val="B22222"/>
          <w:sz w:val="60"/>
          <w:lang w:eastAsia="ko-KR"/>
        </w:rPr>
        <w:t xml:space="preserve"> </w:t>
      </w:r>
      <w:r>
        <w:rPr>
          <w:b/>
          <w:color w:val="B22222"/>
          <w:sz w:val="60"/>
          <w:lang w:eastAsia="ko-KR"/>
        </w:rPr>
        <w:t>가이드</w:t>
      </w:r>
    </w:p>
    <w:p w14:paraId="41BD035A" w14:textId="77777777" w:rsidR="00851D0D" w:rsidRDefault="005B4856">
      <w:pPr>
        <w:spacing w:after="800"/>
        <w:jc w:val="center"/>
        <w:rPr>
          <w:lang w:eastAsia="ko-KR"/>
        </w:rPr>
      </w:pPr>
      <w:r>
        <w:rPr>
          <w:color w:val="555555"/>
          <w:sz w:val="30"/>
          <w:lang w:eastAsia="ko-KR"/>
        </w:rPr>
        <w:t>2026. 10. 12(</w:t>
      </w:r>
      <w:r>
        <w:rPr>
          <w:color w:val="555555"/>
          <w:sz w:val="30"/>
          <w:lang w:eastAsia="ko-KR"/>
        </w:rPr>
        <w:t>월</w:t>
      </w:r>
      <w:r>
        <w:rPr>
          <w:color w:val="555555"/>
          <w:sz w:val="30"/>
          <w:lang w:eastAsia="ko-KR"/>
        </w:rPr>
        <w:t>) ~ 10. 14(</w:t>
      </w:r>
      <w:r>
        <w:rPr>
          <w:color w:val="555555"/>
          <w:sz w:val="30"/>
          <w:lang w:eastAsia="ko-KR"/>
        </w:rPr>
        <w:t>수</w:t>
      </w:r>
      <w:r>
        <w:rPr>
          <w:color w:val="555555"/>
          <w:sz w:val="30"/>
          <w:lang w:eastAsia="ko-KR"/>
        </w:rPr>
        <w:t>)</w:t>
      </w:r>
    </w:p>
    <w:p w14:paraId="0B36727C" w14:textId="77777777" w:rsidR="00851D0D" w:rsidRDefault="005B4856">
      <w:pPr>
        <w:spacing w:after="800"/>
        <w:jc w:val="center"/>
        <w:rPr>
          <w:lang w:eastAsia="ko-KR"/>
        </w:rPr>
      </w:pPr>
      <w:proofErr w:type="spellStart"/>
      <w:r>
        <w:rPr>
          <w:b/>
          <w:color w:val="1B2A4A"/>
          <w:sz w:val="34"/>
          <w:lang w:eastAsia="ko-KR"/>
        </w:rPr>
        <w:t>서산성결교회</w:t>
      </w:r>
      <w:proofErr w:type="spellEnd"/>
    </w:p>
    <w:p w14:paraId="42D2A9E8" w14:textId="77777777" w:rsidR="00851D0D" w:rsidRDefault="005B4856">
      <w:pPr>
        <w:jc w:val="center"/>
        <w:rPr>
          <w:lang w:eastAsia="ko-KR"/>
        </w:rPr>
      </w:pPr>
      <w:r>
        <w:rPr>
          <w:color w:val="555555"/>
          <w:lang w:eastAsia="ko-KR"/>
        </w:rPr>
        <w:t>이</w:t>
      </w:r>
      <w:r>
        <w:rPr>
          <w:color w:val="555555"/>
          <w:lang w:eastAsia="ko-KR"/>
        </w:rPr>
        <w:t xml:space="preserve"> </w:t>
      </w:r>
      <w:r>
        <w:rPr>
          <w:color w:val="555555"/>
          <w:lang w:eastAsia="ko-KR"/>
        </w:rPr>
        <w:t>가이드는</w:t>
      </w:r>
      <w:r>
        <w:rPr>
          <w:color w:val="555555"/>
          <w:lang w:eastAsia="ko-KR"/>
        </w:rPr>
        <w:t xml:space="preserve"> </w:t>
      </w:r>
      <w:r>
        <w:rPr>
          <w:color w:val="555555"/>
          <w:lang w:eastAsia="ko-KR"/>
        </w:rPr>
        <w:t>각</w:t>
      </w:r>
      <w:r>
        <w:rPr>
          <w:color w:val="555555"/>
          <w:lang w:eastAsia="ko-KR"/>
        </w:rPr>
        <w:t xml:space="preserve"> </w:t>
      </w:r>
      <w:r>
        <w:rPr>
          <w:color w:val="555555"/>
          <w:lang w:eastAsia="ko-KR"/>
        </w:rPr>
        <w:t>집회</w:t>
      </w:r>
      <w:r>
        <w:rPr>
          <w:color w:val="555555"/>
          <w:lang w:eastAsia="ko-KR"/>
        </w:rPr>
        <w:t xml:space="preserve"> </w:t>
      </w:r>
      <w:r>
        <w:rPr>
          <w:color w:val="555555"/>
          <w:lang w:eastAsia="ko-KR"/>
        </w:rPr>
        <w:t>시간에</w:t>
      </w:r>
      <w:r>
        <w:rPr>
          <w:color w:val="555555"/>
          <w:lang w:eastAsia="ko-KR"/>
        </w:rPr>
        <w:t xml:space="preserve"> </w:t>
      </w:r>
      <w:r>
        <w:rPr>
          <w:color w:val="555555"/>
          <w:lang w:eastAsia="ko-KR"/>
        </w:rPr>
        <w:t>맞춰</w:t>
      </w:r>
      <w:r>
        <w:rPr>
          <w:color w:val="555555"/>
          <w:lang w:eastAsia="ko-KR"/>
        </w:rPr>
        <w:t xml:space="preserve"> </w:t>
      </w:r>
      <w:r>
        <w:rPr>
          <w:color w:val="555555"/>
          <w:lang w:eastAsia="ko-KR"/>
        </w:rPr>
        <w:t>기도하는</w:t>
      </w:r>
      <w:r>
        <w:rPr>
          <w:color w:val="555555"/>
          <w:lang w:eastAsia="ko-KR"/>
        </w:rPr>
        <w:br/>
      </w:r>
      <w:r>
        <w:rPr>
          <w:color w:val="555555"/>
          <w:lang w:eastAsia="ko-KR"/>
        </w:rPr>
        <w:t>중보기도팀을</w:t>
      </w:r>
      <w:r>
        <w:rPr>
          <w:color w:val="555555"/>
          <w:lang w:eastAsia="ko-KR"/>
        </w:rPr>
        <w:t xml:space="preserve"> </w:t>
      </w:r>
      <w:r>
        <w:rPr>
          <w:color w:val="555555"/>
          <w:lang w:eastAsia="ko-KR"/>
        </w:rPr>
        <w:t>위한</w:t>
      </w:r>
      <w:r>
        <w:rPr>
          <w:color w:val="555555"/>
          <w:lang w:eastAsia="ko-KR"/>
        </w:rPr>
        <w:t xml:space="preserve"> </w:t>
      </w:r>
      <w:r>
        <w:rPr>
          <w:color w:val="555555"/>
          <w:lang w:eastAsia="ko-KR"/>
        </w:rPr>
        <w:t>안내서입니다</w:t>
      </w:r>
      <w:r>
        <w:rPr>
          <w:color w:val="555555"/>
          <w:lang w:eastAsia="ko-KR"/>
        </w:rPr>
        <w:t>.</w:t>
      </w:r>
    </w:p>
    <w:p w14:paraId="26CCFF3A" w14:textId="77777777" w:rsidR="00851D0D" w:rsidRDefault="005B4856">
      <w:pPr>
        <w:pageBreakBefore/>
        <w:spacing w:after="360"/>
        <w:rPr>
          <w:lang w:eastAsia="ko-KR"/>
        </w:rPr>
      </w:pPr>
      <w:r>
        <w:rPr>
          <w:b/>
          <w:color w:val="1B2A4A"/>
          <w:sz w:val="40"/>
          <w:lang w:eastAsia="ko-KR"/>
        </w:rPr>
        <w:lastRenderedPageBreak/>
        <w:t>기도자를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위한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안내</w:t>
      </w:r>
    </w:p>
    <w:p w14:paraId="216814A9" w14:textId="77777777" w:rsidR="00851D0D" w:rsidRDefault="005B4856">
      <w:pPr>
        <w:spacing w:after="280" w:line="336" w:lineRule="auto"/>
        <w:ind w:left="283" w:hanging="283"/>
        <w:jc w:val="both"/>
        <w:rPr>
          <w:lang w:eastAsia="ko-KR"/>
        </w:rPr>
      </w:pPr>
      <w:r>
        <w:rPr>
          <w:sz w:val="27"/>
          <w:lang w:eastAsia="ko-KR"/>
        </w:rPr>
        <w:t xml:space="preserve">·  </w:t>
      </w:r>
      <w:r>
        <w:rPr>
          <w:sz w:val="27"/>
          <w:lang w:eastAsia="ko-KR"/>
        </w:rPr>
        <w:t>이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유인물은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컨퍼런스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각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집회의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주제에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맞춰</w:t>
      </w:r>
      <w:r>
        <w:rPr>
          <w:sz w:val="27"/>
          <w:lang w:eastAsia="ko-KR"/>
        </w:rPr>
        <w:t xml:space="preserve">, </w:t>
      </w:r>
      <w:r>
        <w:rPr>
          <w:sz w:val="27"/>
          <w:lang w:eastAsia="ko-KR"/>
        </w:rPr>
        <w:t>그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시간에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집중해서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기도할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제목들을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정리한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것입니다</w:t>
      </w:r>
      <w:r>
        <w:rPr>
          <w:sz w:val="27"/>
          <w:lang w:eastAsia="ko-KR"/>
        </w:rPr>
        <w:t>.</w:t>
      </w:r>
    </w:p>
    <w:p w14:paraId="30ED60E7" w14:textId="77777777" w:rsidR="00851D0D" w:rsidRDefault="005B4856">
      <w:pPr>
        <w:spacing w:after="280" w:line="336" w:lineRule="auto"/>
        <w:ind w:left="283" w:hanging="283"/>
        <w:jc w:val="both"/>
        <w:rPr>
          <w:lang w:eastAsia="ko-KR"/>
        </w:rPr>
      </w:pPr>
      <w:r>
        <w:rPr>
          <w:sz w:val="27"/>
          <w:lang w:eastAsia="ko-KR"/>
        </w:rPr>
        <w:t xml:space="preserve">·  </w:t>
      </w:r>
      <w:r>
        <w:rPr>
          <w:sz w:val="27"/>
          <w:lang w:eastAsia="ko-KR"/>
        </w:rPr>
        <w:t>해당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집회가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진행되는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동안</w:t>
      </w:r>
      <w:r>
        <w:rPr>
          <w:sz w:val="27"/>
          <w:lang w:eastAsia="ko-KR"/>
        </w:rPr>
        <w:t xml:space="preserve">, </w:t>
      </w:r>
      <w:r>
        <w:rPr>
          <w:sz w:val="27"/>
          <w:lang w:eastAsia="ko-KR"/>
        </w:rPr>
        <w:t>맡은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시간대의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기도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제목들을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붙들고</w:t>
      </w:r>
      <w:r>
        <w:rPr>
          <w:sz w:val="27"/>
          <w:lang w:eastAsia="ko-KR"/>
        </w:rPr>
        <w:t xml:space="preserve"> </w:t>
      </w:r>
      <w:proofErr w:type="spellStart"/>
      <w:r>
        <w:rPr>
          <w:sz w:val="27"/>
          <w:lang w:eastAsia="ko-KR"/>
        </w:rPr>
        <w:t>중보해</w:t>
      </w:r>
      <w:proofErr w:type="spellEnd"/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주세요</w:t>
      </w:r>
      <w:r>
        <w:rPr>
          <w:sz w:val="27"/>
          <w:lang w:eastAsia="ko-KR"/>
        </w:rPr>
        <w:t>.</w:t>
      </w:r>
    </w:p>
    <w:p w14:paraId="1DAB38AA" w14:textId="77777777" w:rsidR="00851D0D" w:rsidRDefault="005B4856">
      <w:pPr>
        <w:spacing w:after="280" w:line="336" w:lineRule="auto"/>
        <w:ind w:left="283" w:hanging="283"/>
        <w:jc w:val="both"/>
        <w:rPr>
          <w:lang w:eastAsia="ko-KR"/>
        </w:rPr>
      </w:pPr>
      <w:r>
        <w:rPr>
          <w:sz w:val="27"/>
          <w:lang w:eastAsia="ko-KR"/>
        </w:rPr>
        <w:t xml:space="preserve">·  </w:t>
      </w:r>
      <w:r>
        <w:rPr>
          <w:sz w:val="27"/>
          <w:lang w:eastAsia="ko-KR"/>
        </w:rPr>
        <w:t>맨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앞의</w:t>
      </w:r>
      <w:r>
        <w:rPr>
          <w:sz w:val="27"/>
          <w:lang w:eastAsia="ko-KR"/>
        </w:rPr>
        <w:t xml:space="preserve"> ‘</w:t>
      </w:r>
      <w:r>
        <w:rPr>
          <w:sz w:val="27"/>
          <w:lang w:eastAsia="ko-KR"/>
        </w:rPr>
        <w:t>전체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기간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공통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기도</w:t>
      </w:r>
      <w:r>
        <w:rPr>
          <w:sz w:val="27"/>
          <w:lang w:eastAsia="ko-KR"/>
        </w:rPr>
        <w:t>’</w:t>
      </w:r>
      <w:r>
        <w:rPr>
          <w:sz w:val="27"/>
          <w:lang w:eastAsia="ko-KR"/>
        </w:rPr>
        <w:t>는</w:t>
      </w:r>
      <w:r>
        <w:rPr>
          <w:sz w:val="27"/>
          <w:lang w:eastAsia="ko-KR"/>
        </w:rPr>
        <w:t xml:space="preserve"> 2</w:t>
      </w:r>
      <w:r>
        <w:rPr>
          <w:sz w:val="27"/>
          <w:lang w:eastAsia="ko-KR"/>
        </w:rPr>
        <w:t>박</w:t>
      </w:r>
      <w:r>
        <w:rPr>
          <w:sz w:val="27"/>
          <w:lang w:eastAsia="ko-KR"/>
        </w:rPr>
        <w:t xml:space="preserve"> 3</w:t>
      </w:r>
      <w:r>
        <w:rPr>
          <w:sz w:val="27"/>
          <w:lang w:eastAsia="ko-KR"/>
        </w:rPr>
        <w:t>일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내내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함께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붙드는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제목입니다</w:t>
      </w:r>
      <w:r>
        <w:rPr>
          <w:sz w:val="27"/>
          <w:lang w:eastAsia="ko-KR"/>
        </w:rPr>
        <w:t>.</w:t>
      </w:r>
    </w:p>
    <w:p w14:paraId="4CA994D1" w14:textId="77777777" w:rsidR="00851D0D" w:rsidRDefault="005B4856">
      <w:pPr>
        <w:spacing w:after="280" w:line="336" w:lineRule="auto"/>
        <w:ind w:left="283" w:hanging="283"/>
        <w:jc w:val="both"/>
        <w:rPr>
          <w:lang w:eastAsia="ko-KR"/>
        </w:rPr>
      </w:pPr>
      <w:r>
        <w:rPr>
          <w:sz w:val="27"/>
          <w:lang w:eastAsia="ko-KR"/>
        </w:rPr>
        <w:t xml:space="preserve">·  </w:t>
      </w:r>
      <w:r>
        <w:rPr>
          <w:sz w:val="27"/>
          <w:lang w:eastAsia="ko-KR"/>
        </w:rPr>
        <w:t>기도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제목은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그대로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읽으며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기도하셔도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되고</w:t>
      </w:r>
      <w:r>
        <w:rPr>
          <w:sz w:val="27"/>
          <w:lang w:eastAsia="ko-KR"/>
        </w:rPr>
        <w:t xml:space="preserve">, </w:t>
      </w:r>
      <w:r>
        <w:rPr>
          <w:sz w:val="27"/>
          <w:lang w:eastAsia="ko-KR"/>
        </w:rPr>
        <w:t>성령의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인도하심을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따라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자유롭게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확장하셔도</w:t>
      </w:r>
      <w:r>
        <w:rPr>
          <w:sz w:val="27"/>
          <w:lang w:eastAsia="ko-KR"/>
        </w:rPr>
        <w:t xml:space="preserve"> </w:t>
      </w:r>
      <w:r>
        <w:rPr>
          <w:sz w:val="27"/>
          <w:lang w:eastAsia="ko-KR"/>
        </w:rPr>
        <w:t>됩니다</w:t>
      </w:r>
      <w:r>
        <w:rPr>
          <w:sz w:val="27"/>
          <w:lang w:eastAsia="ko-KR"/>
        </w:rPr>
        <w:t>.</w:t>
      </w:r>
    </w:p>
    <w:p w14:paraId="20BF0592" w14:textId="77777777" w:rsidR="00851D0D" w:rsidRDefault="005B4856">
      <w:pPr>
        <w:pageBreakBefore/>
        <w:spacing w:after="40"/>
        <w:rPr>
          <w:lang w:eastAsia="ko-KR"/>
        </w:rPr>
      </w:pPr>
      <w:r>
        <w:rPr>
          <w:b/>
          <w:color w:val="1B2A4A"/>
          <w:sz w:val="40"/>
          <w:lang w:eastAsia="ko-KR"/>
        </w:rPr>
        <w:lastRenderedPageBreak/>
        <w:t>전체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기간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공통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기도</w:t>
      </w:r>
    </w:p>
    <w:p w14:paraId="3384356F" w14:textId="373828EB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1.  </w:t>
      </w:r>
      <w:r>
        <w:rPr>
          <w:lang w:eastAsia="ko-KR"/>
        </w:rPr>
        <w:t>장소와</w:t>
      </w:r>
      <w:r>
        <w:rPr>
          <w:lang w:eastAsia="ko-KR"/>
        </w:rPr>
        <w:t xml:space="preserve"> </w:t>
      </w:r>
      <w:r>
        <w:rPr>
          <w:lang w:eastAsia="ko-KR"/>
        </w:rPr>
        <w:t>헌신으로</w:t>
      </w:r>
      <w:r>
        <w:rPr>
          <w:lang w:eastAsia="ko-KR"/>
        </w:rPr>
        <w:t xml:space="preserve"> </w:t>
      </w:r>
      <w:r>
        <w:rPr>
          <w:lang w:eastAsia="ko-KR"/>
        </w:rPr>
        <w:t>섬기는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서산성결교회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위에</w:t>
      </w:r>
      <w:r>
        <w:rPr>
          <w:lang w:eastAsia="ko-KR"/>
        </w:rPr>
        <w:t xml:space="preserve"> </w:t>
      </w:r>
      <w:r>
        <w:rPr>
          <w:lang w:eastAsia="ko-KR"/>
        </w:rPr>
        <w:t>하늘의</w:t>
      </w:r>
      <w:r>
        <w:rPr>
          <w:lang w:eastAsia="ko-KR"/>
        </w:rPr>
        <w:t xml:space="preserve"> </w:t>
      </w:r>
      <w:r>
        <w:rPr>
          <w:lang w:eastAsia="ko-KR"/>
        </w:rPr>
        <w:t>복을</w:t>
      </w:r>
      <w:r>
        <w:rPr>
          <w:lang w:eastAsia="ko-KR"/>
        </w:rPr>
        <w:t xml:space="preserve"> </w:t>
      </w:r>
      <w:r>
        <w:rPr>
          <w:lang w:eastAsia="ko-KR"/>
        </w:rPr>
        <w:t>더하시고</w:t>
      </w:r>
      <w:r>
        <w:rPr>
          <w:lang w:eastAsia="ko-KR"/>
        </w:rPr>
        <w:t>, ‘40</w:t>
      </w:r>
      <w:r>
        <w:rPr>
          <w:lang w:eastAsia="ko-KR"/>
        </w:rPr>
        <w:t>일</w:t>
      </w:r>
      <w:r>
        <w:rPr>
          <w:lang w:eastAsia="ko-KR"/>
        </w:rPr>
        <w:t xml:space="preserve"> </w:t>
      </w:r>
      <w:r>
        <w:rPr>
          <w:lang w:eastAsia="ko-KR"/>
        </w:rPr>
        <w:t>릴레이</w:t>
      </w:r>
      <w:r>
        <w:rPr>
          <w:lang w:eastAsia="ko-KR"/>
        </w:rPr>
        <w:t xml:space="preserve"> </w:t>
      </w:r>
      <w:r>
        <w:rPr>
          <w:lang w:eastAsia="ko-KR"/>
        </w:rPr>
        <w:t>금식기도</w:t>
      </w:r>
      <w:r>
        <w:rPr>
          <w:lang w:eastAsia="ko-KR"/>
        </w:rPr>
        <w:t>’</w:t>
      </w:r>
      <w:r>
        <w:rPr>
          <w:lang w:eastAsia="ko-KR"/>
        </w:rPr>
        <w:t>와</w:t>
      </w:r>
      <w:r>
        <w:rPr>
          <w:lang w:eastAsia="ko-KR"/>
        </w:rPr>
        <w:t xml:space="preserve"> ‘4,000</w:t>
      </w:r>
      <w:r>
        <w:rPr>
          <w:lang w:eastAsia="ko-KR"/>
        </w:rPr>
        <w:t>시간</w:t>
      </w:r>
      <w:r>
        <w:rPr>
          <w:lang w:eastAsia="ko-KR"/>
        </w:rPr>
        <w:t xml:space="preserve"> </w:t>
      </w:r>
      <w:r>
        <w:rPr>
          <w:lang w:eastAsia="ko-KR"/>
        </w:rPr>
        <w:t>기도운동</w:t>
      </w:r>
      <w:r>
        <w:rPr>
          <w:lang w:eastAsia="ko-KR"/>
        </w:rPr>
        <w:t>’</w:t>
      </w:r>
      <w:proofErr w:type="spellStart"/>
      <w:r>
        <w:rPr>
          <w:lang w:eastAsia="ko-KR"/>
        </w:rPr>
        <w:t>에</w:t>
      </w:r>
      <w:proofErr w:type="spellEnd"/>
      <w:r>
        <w:rPr>
          <w:lang w:eastAsia="ko-KR"/>
        </w:rPr>
        <w:t xml:space="preserve"> </w:t>
      </w:r>
      <w:r w:rsidR="002919A1">
        <w:rPr>
          <w:rFonts w:hint="eastAsia"/>
          <w:lang w:eastAsia="ko-KR"/>
        </w:rPr>
        <w:t xml:space="preserve">참여한 </w:t>
      </w:r>
      <w:r>
        <w:rPr>
          <w:lang w:eastAsia="ko-KR"/>
        </w:rPr>
        <w:t>성도</w:t>
      </w:r>
      <w:r w:rsidR="002919A1">
        <w:rPr>
          <w:rFonts w:hint="eastAsia"/>
          <w:lang w:eastAsia="ko-KR"/>
        </w:rPr>
        <w:t>의</w:t>
      </w:r>
      <w:r>
        <w:rPr>
          <w:lang w:eastAsia="ko-KR"/>
        </w:rPr>
        <w:t xml:space="preserve"> </w:t>
      </w:r>
      <w:r>
        <w:rPr>
          <w:lang w:eastAsia="ko-KR"/>
        </w:rPr>
        <w:t>기도를</w:t>
      </w:r>
      <w:r>
        <w:rPr>
          <w:lang w:eastAsia="ko-KR"/>
        </w:rPr>
        <w:t xml:space="preserve"> </w:t>
      </w:r>
      <w:r>
        <w:rPr>
          <w:lang w:eastAsia="ko-KR"/>
        </w:rPr>
        <w:t>들으시고</w:t>
      </w:r>
      <w:r>
        <w:rPr>
          <w:lang w:eastAsia="ko-KR"/>
        </w:rPr>
        <w:t xml:space="preserve"> </w:t>
      </w:r>
      <w:r>
        <w:rPr>
          <w:lang w:eastAsia="ko-KR"/>
        </w:rPr>
        <w:t>응답하</w:t>
      </w:r>
      <w:r w:rsidR="002919A1">
        <w:rPr>
          <w:rFonts w:hint="eastAsia"/>
          <w:lang w:eastAsia="ko-KR"/>
        </w:rPr>
        <w:t>셔서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하나님을</w:t>
      </w:r>
      <w:r>
        <w:rPr>
          <w:lang w:eastAsia="ko-KR"/>
        </w:rPr>
        <w:t xml:space="preserve"> </w:t>
      </w:r>
      <w:r>
        <w:rPr>
          <w:lang w:eastAsia="ko-KR"/>
        </w:rPr>
        <w:t>강력하게</w:t>
      </w:r>
      <w:r>
        <w:rPr>
          <w:lang w:eastAsia="ko-KR"/>
        </w:rPr>
        <w:t xml:space="preserve"> </w:t>
      </w:r>
      <w:r>
        <w:rPr>
          <w:lang w:eastAsia="ko-KR"/>
        </w:rPr>
        <w:t>체험하게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7202BA17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2.  </w:t>
      </w:r>
      <w:r>
        <w:rPr>
          <w:lang w:eastAsia="ko-KR"/>
        </w:rPr>
        <w:t>숙식</w:t>
      </w:r>
      <w:r>
        <w:rPr>
          <w:lang w:eastAsia="ko-KR"/>
        </w:rPr>
        <w:t xml:space="preserve"> </w:t>
      </w:r>
      <w:r>
        <w:rPr>
          <w:lang w:eastAsia="ko-KR"/>
        </w:rPr>
        <w:t>제공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전체</w:t>
      </w:r>
      <w:r>
        <w:rPr>
          <w:lang w:eastAsia="ko-KR"/>
        </w:rPr>
        <w:t xml:space="preserve"> </w:t>
      </w:r>
      <w:r>
        <w:rPr>
          <w:lang w:eastAsia="ko-KR"/>
        </w:rPr>
        <w:t>진행을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수고하는</w:t>
      </w:r>
      <w:r>
        <w:rPr>
          <w:lang w:eastAsia="ko-KR"/>
        </w:rPr>
        <w:t xml:space="preserve"> </w:t>
      </w:r>
      <w:r>
        <w:rPr>
          <w:lang w:eastAsia="ko-KR"/>
        </w:rPr>
        <w:t>보이지</w:t>
      </w:r>
      <w:r>
        <w:rPr>
          <w:lang w:eastAsia="ko-KR"/>
        </w:rPr>
        <w:t xml:space="preserve"> </w:t>
      </w:r>
      <w:r>
        <w:rPr>
          <w:lang w:eastAsia="ko-KR"/>
        </w:rPr>
        <w:t>않는</w:t>
      </w:r>
      <w:r>
        <w:rPr>
          <w:lang w:eastAsia="ko-KR"/>
        </w:rPr>
        <w:t xml:space="preserve">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봉사자와</w:t>
      </w:r>
      <w:r>
        <w:rPr>
          <w:lang w:eastAsia="ko-KR"/>
        </w:rPr>
        <w:t xml:space="preserve"> </w:t>
      </w:r>
      <w:r>
        <w:rPr>
          <w:lang w:eastAsia="ko-KR"/>
        </w:rPr>
        <w:t>스태프들에게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하나님을</w:t>
      </w:r>
      <w:r>
        <w:rPr>
          <w:lang w:eastAsia="ko-KR"/>
        </w:rPr>
        <w:t xml:space="preserve"> </w:t>
      </w:r>
      <w:r>
        <w:rPr>
          <w:lang w:eastAsia="ko-KR"/>
        </w:rPr>
        <w:t>섬긴다는</w:t>
      </w:r>
      <w:r>
        <w:rPr>
          <w:lang w:eastAsia="ko-KR"/>
        </w:rPr>
        <w:t xml:space="preserve"> </w:t>
      </w:r>
      <w:r>
        <w:rPr>
          <w:lang w:eastAsia="ko-KR"/>
        </w:rPr>
        <w:t>자부심과</w:t>
      </w:r>
      <w:r>
        <w:rPr>
          <w:lang w:eastAsia="ko-KR"/>
        </w:rPr>
        <w:t xml:space="preserve"> </w:t>
      </w:r>
      <w:r>
        <w:rPr>
          <w:lang w:eastAsia="ko-KR"/>
        </w:rPr>
        <w:t>지치지</w:t>
      </w:r>
      <w:r>
        <w:rPr>
          <w:lang w:eastAsia="ko-KR"/>
        </w:rPr>
        <w:t xml:space="preserve"> </w:t>
      </w:r>
      <w:r>
        <w:rPr>
          <w:lang w:eastAsia="ko-KR"/>
        </w:rPr>
        <w:t>않는</w:t>
      </w:r>
      <w:r>
        <w:rPr>
          <w:lang w:eastAsia="ko-KR"/>
        </w:rPr>
        <w:t xml:space="preserve"> </w:t>
      </w:r>
      <w:r>
        <w:rPr>
          <w:lang w:eastAsia="ko-KR"/>
        </w:rPr>
        <w:t>체력</w:t>
      </w:r>
      <w:r>
        <w:rPr>
          <w:lang w:eastAsia="ko-KR"/>
        </w:rPr>
        <w:t xml:space="preserve">, </w:t>
      </w:r>
      <w:r>
        <w:rPr>
          <w:lang w:eastAsia="ko-KR"/>
        </w:rPr>
        <w:t>섬김의</w:t>
      </w:r>
      <w:r>
        <w:rPr>
          <w:lang w:eastAsia="ko-KR"/>
        </w:rPr>
        <w:t xml:space="preserve"> </w:t>
      </w:r>
      <w:r>
        <w:rPr>
          <w:lang w:eastAsia="ko-KR"/>
        </w:rPr>
        <w:t>기쁨을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허락하소서</w:t>
      </w:r>
      <w:proofErr w:type="spellEnd"/>
      <w:r>
        <w:rPr>
          <w:lang w:eastAsia="ko-KR"/>
        </w:rPr>
        <w:t>.</w:t>
      </w:r>
    </w:p>
    <w:p w14:paraId="6DA9EB3B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3.  </w:t>
      </w:r>
      <w:r>
        <w:rPr>
          <w:lang w:eastAsia="ko-KR"/>
        </w:rPr>
        <w:t>컨퍼런스가</w:t>
      </w:r>
      <w:r>
        <w:rPr>
          <w:lang w:eastAsia="ko-KR"/>
        </w:rPr>
        <w:t xml:space="preserve"> </w:t>
      </w:r>
      <w:r>
        <w:rPr>
          <w:lang w:eastAsia="ko-KR"/>
        </w:rPr>
        <w:t>진행되는</w:t>
      </w:r>
      <w:r>
        <w:rPr>
          <w:lang w:eastAsia="ko-KR"/>
        </w:rPr>
        <w:t xml:space="preserve"> 10</w:t>
      </w:r>
      <w:r>
        <w:rPr>
          <w:lang w:eastAsia="ko-KR"/>
        </w:rPr>
        <w:t>월</w:t>
      </w:r>
      <w:r>
        <w:rPr>
          <w:lang w:eastAsia="ko-KR"/>
        </w:rPr>
        <w:t xml:space="preserve"> 12</w:t>
      </w:r>
      <w:r>
        <w:rPr>
          <w:lang w:eastAsia="ko-KR"/>
        </w:rPr>
        <w:t>일부터</w:t>
      </w:r>
      <w:r>
        <w:rPr>
          <w:lang w:eastAsia="ko-KR"/>
        </w:rPr>
        <w:t xml:space="preserve"> 14</w:t>
      </w:r>
      <w:r>
        <w:rPr>
          <w:lang w:eastAsia="ko-KR"/>
        </w:rPr>
        <w:t>일까지</w:t>
      </w:r>
      <w:r>
        <w:rPr>
          <w:lang w:eastAsia="ko-KR"/>
        </w:rPr>
        <w:t xml:space="preserve"> </w:t>
      </w:r>
      <w:r>
        <w:rPr>
          <w:lang w:eastAsia="ko-KR"/>
        </w:rPr>
        <w:t>쾌적한</w:t>
      </w:r>
      <w:r>
        <w:rPr>
          <w:lang w:eastAsia="ko-KR"/>
        </w:rPr>
        <w:t xml:space="preserve"> </w:t>
      </w:r>
      <w:r>
        <w:rPr>
          <w:lang w:eastAsia="ko-KR"/>
        </w:rPr>
        <w:t>날씨와</w:t>
      </w:r>
      <w:r>
        <w:rPr>
          <w:lang w:eastAsia="ko-KR"/>
        </w:rPr>
        <w:t xml:space="preserve"> </w:t>
      </w:r>
      <w:r>
        <w:rPr>
          <w:lang w:eastAsia="ko-KR"/>
        </w:rPr>
        <w:t>최적의</w:t>
      </w:r>
      <w:r>
        <w:rPr>
          <w:lang w:eastAsia="ko-KR"/>
        </w:rPr>
        <w:t xml:space="preserve"> </w:t>
      </w:r>
      <w:r>
        <w:rPr>
          <w:lang w:eastAsia="ko-KR"/>
        </w:rPr>
        <w:t>환경을</w:t>
      </w:r>
      <w:r>
        <w:rPr>
          <w:lang w:eastAsia="ko-KR"/>
        </w:rPr>
        <w:t xml:space="preserve"> </w:t>
      </w:r>
      <w:r>
        <w:rPr>
          <w:lang w:eastAsia="ko-KR"/>
        </w:rPr>
        <w:t>주관하셔서</w:t>
      </w:r>
      <w:r>
        <w:rPr>
          <w:lang w:eastAsia="ko-KR"/>
        </w:rPr>
        <w:t xml:space="preserve">, </w:t>
      </w:r>
      <w:r>
        <w:rPr>
          <w:lang w:eastAsia="ko-KR"/>
        </w:rPr>
        <w:t>창조주이시며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세밀한</w:t>
      </w:r>
      <w:r>
        <w:rPr>
          <w:lang w:eastAsia="ko-KR"/>
        </w:rPr>
        <w:t xml:space="preserve"> </w:t>
      </w:r>
      <w:r>
        <w:rPr>
          <w:lang w:eastAsia="ko-KR"/>
        </w:rPr>
        <w:t>돌보심을</w:t>
      </w:r>
      <w:r>
        <w:rPr>
          <w:lang w:eastAsia="ko-KR"/>
        </w:rPr>
        <w:t xml:space="preserve"> </w:t>
      </w:r>
      <w:r>
        <w:rPr>
          <w:lang w:eastAsia="ko-KR"/>
        </w:rPr>
        <w:t>모두가</w:t>
      </w:r>
      <w:r>
        <w:rPr>
          <w:lang w:eastAsia="ko-KR"/>
        </w:rPr>
        <w:t xml:space="preserve"> </w:t>
      </w:r>
      <w:r>
        <w:rPr>
          <w:lang w:eastAsia="ko-KR"/>
        </w:rPr>
        <w:t>누리게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2AB21F69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4.  </w:t>
      </w:r>
      <w:r>
        <w:rPr>
          <w:lang w:eastAsia="ko-KR"/>
        </w:rPr>
        <w:t>재정적으로</w:t>
      </w:r>
      <w:r>
        <w:rPr>
          <w:lang w:eastAsia="ko-KR"/>
        </w:rPr>
        <w:t xml:space="preserve"> </w:t>
      </w:r>
      <w:r>
        <w:rPr>
          <w:lang w:eastAsia="ko-KR"/>
        </w:rPr>
        <w:t>섬기는</w:t>
      </w:r>
      <w:r>
        <w:rPr>
          <w:lang w:eastAsia="ko-KR"/>
        </w:rPr>
        <w:t xml:space="preserve">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과정에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풍성한</w:t>
      </w:r>
      <w:r>
        <w:rPr>
          <w:lang w:eastAsia="ko-KR"/>
        </w:rPr>
        <w:t xml:space="preserve"> </w:t>
      </w:r>
      <w:r>
        <w:rPr>
          <w:lang w:eastAsia="ko-KR"/>
        </w:rPr>
        <w:t>공급하심</w:t>
      </w:r>
      <w:r>
        <w:rPr>
          <w:lang w:eastAsia="ko-KR"/>
        </w:rPr>
        <w:t>(</w:t>
      </w:r>
      <w:r>
        <w:rPr>
          <w:lang w:eastAsia="ko-KR"/>
        </w:rPr>
        <w:t>여호와</w:t>
      </w:r>
      <w:r>
        <w:rPr>
          <w:lang w:eastAsia="ko-KR"/>
        </w:rPr>
        <w:t xml:space="preserve"> </w:t>
      </w:r>
      <w:r>
        <w:rPr>
          <w:lang w:eastAsia="ko-KR"/>
        </w:rPr>
        <w:t>이레</w:t>
      </w:r>
      <w:r>
        <w:rPr>
          <w:lang w:eastAsia="ko-KR"/>
        </w:rPr>
        <w:t>)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넘쳐나게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0E6BC50E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5.  </w:t>
      </w:r>
      <w:r>
        <w:rPr>
          <w:lang w:eastAsia="ko-KR"/>
        </w:rPr>
        <w:t>이번</w:t>
      </w:r>
      <w:r>
        <w:rPr>
          <w:lang w:eastAsia="ko-KR"/>
        </w:rPr>
        <w:t xml:space="preserve"> </w:t>
      </w:r>
      <w:r>
        <w:rPr>
          <w:lang w:eastAsia="ko-KR"/>
        </w:rPr>
        <w:t>컨퍼런스</w:t>
      </w:r>
      <w:r>
        <w:rPr>
          <w:lang w:eastAsia="ko-KR"/>
        </w:rPr>
        <w:t xml:space="preserve"> </w:t>
      </w:r>
      <w:r>
        <w:rPr>
          <w:lang w:eastAsia="ko-KR"/>
        </w:rPr>
        <w:t>섬김과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쏟아부은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기도의</w:t>
      </w:r>
      <w:r>
        <w:rPr>
          <w:lang w:eastAsia="ko-KR"/>
        </w:rPr>
        <w:t xml:space="preserve"> </w:t>
      </w:r>
      <w:r>
        <w:rPr>
          <w:lang w:eastAsia="ko-KR"/>
        </w:rPr>
        <w:t>눈물을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서산성결교회가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지역</w:t>
      </w:r>
      <w:r>
        <w:rPr>
          <w:lang w:eastAsia="ko-KR"/>
        </w:rPr>
        <w:t xml:space="preserve"> </w:t>
      </w:r>
      <w:r>
        <w:rPr>
          <w:lang w:eastAsia="ko-KR"/>
        </w:rPr>
        <w:t>사회와</w:t>
      </w:r>
      <w:r>
        <w:rPr>
          <w:lang w:eastAsia="ko-KR"/>
        </w:rPr>
        <w:t xml:space="preserve"> </w:t>
      </w:r>
      <w:r>
        <w:rPr>
          <w:lang w:eastAsia="ko-KR"/>
        </w:rPr>
        <w:t>한국</w:t>
      </w:r>
      <w:r>
        <w:rPr>
          <w:lang w:eastAsia="ko-KR"/>
        </w:rPr>
        <w:t xml:space="preserve"> </w:t>
      </w:r>
      <w:r>
        <w:rPr>
          <w:lang w:eastAsia="ko-KR"/>
        </w:rPr>
        <w:t>교회에</w:t>
      </w:r>
      <w:r>
        <w:rPr>
          <w:lang w:eastAsia="ko-KR"/>
        </w:rPr>
        <w:t xml:space="preserve"> “</w:t>
      </w:r>
      <w:r>
        <w:rPr>
          <w:lang w:eastAsia="ko-KR"/>
        </w:rPr>
        <w:t>이곳에</w:t>
      </w:r>
      <w:r>
        <w:rPr>
          <w:lang w:eastAsia="ko-KR"/>
        </w:rPr>
        <w:t xml:space="preserve"> </w:t>
      </w:r>
      <w:r>
        <w:rPr>
          <w:lang w:eastAsia="ko-KR"/>
        </w:rPr>
        <w:t>하나님이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살아계신다</w:t>
      </w:r>
      <w:proofErr w:type="spellEnd"/>
      <w:r>
        <w:rPr>
          <w:lang w:eastAsia="ko-KR"/>
        </w:rPr>
        <w:t>”</w:t>
      </w:r>
      <w:r>
        <w:rPr>
          <w:lang w:eastAsia="ko-KR"/>
        </w:rPr>
        <w:t>고</w:t>
      </w:r>
      <w:r>
        <w:rPr>
          <w:lang w:eastAsia="ko-KR"/>
        </w:rPr>
        <w:t xml:space="preserve"> </w:t>
      </w:r>
      <w:r>
        <w:rPr>
          <w:lang w:eastAsia="ko-KR"/>
        </w:rPr>
        <w:t>증명해</w:t>
      </w:r>
      <w:r>
        <w:rPr>
          <w:lang w:eastAsia="ko-KR"/>
        </w:rPr>
        <w:t xml:space="preserve"> </w:t>
      </w:r>
      <w:r>
        <w:rPr>
          <w:lang w:eastAsia="ko-KR"/>
        </w:rPr>
        <w:t>내는</w:t>
      </w:r>
      <w:r>
        <w:rPr>
          <w:lang w:eastAsia="ko-KR"/>
        </w:rPr>
        <w:t xml:space="preserve"> </w:t>
      </w:r>
      <w:r>
        <w:rPr>
          <w:lang w:eastAsia="ko-KR"/>
        </w:rPr>
        <w:t>축복의</w:t>
      </w:r>
      <w:r>
        <w:rPr>
          <w:lang w:eastAsia="ko-KR"/>
        </w:rPr>
        <w:t xml:space="preserve"> </w:t>
      </w:r>
      <w:r>
        <w:rPr>
          <w:lang w:eastAsia="ko-KR"/>
        </w:rPr>
        <w:t>통로로</w:t>
      </w:r>
      <w:r>
        <w:rPr>
          <w:lang w:eastAsia="ko-KR"/>
        </w:rPr>
        <w:t xml:space="preserve"> </w:t>
      </w:r>
      <w:r>
        <w:rPr>
          <w:lang w:eastAsia="ko-KR"/>
        </w:rPr>
        <w:t>쓰임</w:t>
      </w:r>
      <w:r>
        <w:rPr>
          <w:lang w:eastAsia="ko-KR"/>
        </w:rPr>
        <w:t xml:space="preserve"> </w:t>
      </w:r>
      <w:r>
        <w:rPr>
          <w:lang w:eastAsia="ko-KR"/>
        </w:rPr>
        <w:t>받게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57736F9E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>6.  2</w:t>
      </w:r>
      <w:r>
        <w:rPr>
          <w:lang w:eastAsia="ko-KR"/>
        </w:rPr>
        <w:t>박</w:t>
      </w:r>
      <w:r>
        <w:rPr>
          <w:lang w:eastAsia="ko-KR"/>
        </w:rPr>
        <w:t xml:space="preserve"> 3</w:t>
      </w:r>
      <w:r>
        <w:rPr>
          <w:lang w:eastAsia="ko-KR"/>
        </w:rPr>
        <w:t>일</w:t>
      </w:r>
      <w:r>
        <w:rPr>
          <w:lang w:eastAsia="ko-KR"/>
        </w:rPr>
        <w:t xml:space="preserve"> </w:t>
      </w:r>
      <w:r>
        <w:rPr>
          <w:lang w:eastAsia="ko-KR"/>
        </w:rPr>
        <w:t>동안</w:t>
      </w:r>
      <w:r>
        <w:rPr>
          <w:lang w:eastAsia="ko-KR"/>
        </w:rPr>
        <w:t xml:space="preserve"> </w:t>
      </w:r>
      <w:r>
        <w:rPr>
          <w:lang w:eastAsia="ko-KR"/>
        </w:rPr>
        <w:t>프로그램을</w:t>
      </w:r>
      <w:r>
        <w:rPr>
          <w:lang w:eastAsia="ko-KR"/>
        </w:rPr>
        <w:t xml:space="preserve"> </w:t>
      </w:r>
      <w:r>
        <w:rPr>
          <w:lang w:eastAsia="ko-KR"/>
        </w:rPr>
        <w:t>인도하시는</w:t>
      </w:r>
      <w:r>
        <w:rPr>
          <w:lang w:eastAsia="ko-KR"/>
        </w:rPr>
        <w:t xml:space="preserve"> </w:t>
      </w:r>
      <w:r>
        <w:rPr>
          <w:lang w:eastAsia="ko-KR"/>
        </w:rPr>
        <w:t>김형배</w:t>
      </w:r>
      <w:r>
        <w:rPr>
          <w:lang w:eastAsia="ko-KR"/>
        </w:rPr>
        <w:t xml:space="preserve"> </w:t>
      </w:r>
      <w:r>
        <w:rPr>
          <w:lang w:eastAsia="ko-KR"/>
        </w:rPr>
        <w:t>담임목사님과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강사님들에게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영육의</w:t>
      </w:r>
      <w:r>
        <w:rPr>
          <w:lang w:eastAsia="ko-KR"/>
        </w:rPr>
        <w:t xml:space="preserve"> </w:t>
      </w:r>
      <w:r>
        <w:rPr>
          <w:lang w:eastAsia="ko-KR"/>
        </w:rPr>
        <w:t>강건함을</w:t>
      </w:r>
      <w:r>
        <w:rPr>
          <w:lang w:eastAsia="ko-KR"/>
        </w:rPr>
        <w:t xml:space="preserve"> </w:t>
      </w:r>
      <w:r>
        <w:rPr>
          <w:lang w:eastAsia="ko-KR"/>
        </w:rPr>
        <w:t>주시고</w:t>
      </w:r>
      <w:r>
        <w:rPr>
          <w:lang w:eastAsia="ko-KR"/>
        </w:rPr>
        <w:t xml:space="preserve">, </w:t>
      </w:r>
      <w:r>
        <w:rPr>
          <w:lang w:eastAsia="ko-KR"/>
        </w:rPr>
        <w:t>인간의</w:t>
      </w:r>
      <w:r>
        <w:rPr>
          <w:lang w:eastAsia="ko-KR"/>
        </w:rPr>
        <w:t xml:space="preserve"> </w:t>
      </w:r>
      <w:r>
        <w:rPr>
          <w:lang w:eastAsia="ko-KR"/>
        </w:rPr>
        <w:t>소리는</w:t>
      </w:r>
      <w:r>
        <w:rPr>
          <w:lang w:eastAsia="ko-KR"/>
        </w:rPr>
        <w:t xml:space="preserve"> </w:t>
      </w:r>
      <w:r>
        <w:rPr>
          <w:lang w:eastAsia="ko-KR"/>
        </w:rPr>
        <w:t>감추어지고</w:t>
      </w:r>
      <w:r>
        <w:rPr>
          <w:lang w:eastAsia="ko-KR"/>
        </w:rPr>
        <w:t xml:space="preserve"> </w:t>
      </w:r>
      <w:r>
        <w:rPr>
          <w:lang w:eastAsia="ko-KR"/>
        </w:rPr>
        <w:t>오직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음성과</w:t>
      </w:r>
      <w:r>
        <w:rPr>
          <w:lang w:eastAsia="ko-KR"/>
        </w:rPr>
        <w:t xml:space="preserve"> </w:t>
      </w:r>
      <w:r>
        <w:rPr>
          <w:lang w:eastAsia="ko-KR"/>
        </w:rPr>
        <w:t>권능만이</w:t>
      </w:r>
      <w:r>
        <w:rPr>
          <w:lang w:eastAsia="ko-KR"/>
        </w:rPr>
        <w:t xml:space="preserve"> </w:t>
      </w:r>
      <w:r>
        <w:rPr>
          <w:lang w:eastAsia="ko-KR"/>
        </w:rPr>
        <w:t>생생하게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대언되게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57736F9E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proofErr w:type="spellStart"/>
      <w:proofErr w:type="spellEnd"/>
      <w:proofErr w:type="spellStart"/>
      <w:proofErr w:type="spellEnd"/>
      <w:proofErr w:type="spellStart"/>
      <w:proofErr w:type="spellEnd"/>
      <w:r>
        <w:rPr>
          <w:lang w:eastAsia="ko-KR"/>
        </w:rPr>
        <w:t>7.  중보기도팀이 성령 안에서 한마음으로 깨어 기도하게 하시고, 모든 집회의 흐름을 따라 살아계신 하나님의 뜻을 구하며 끝까지 기도의 자리를 신실하게 지키게 하소서.</w:t>
      </w:r>
    </w:p>
    <w:p w14:paraId="028DEFD2" w14:textId="77777777" w:rsidR="00851D0D" w:rsidRDefault="005B4856">
      <w:pPr>
        <w:pageBreakBefore/>
        <w:spacing w:after="80"/>
        <w:rPr>
          <w:lang w:eastAsia="ko-KR"/>
        </w:rPr>
      </w:pPr>
      <w:r>
        <w:rPr>
          <w:b/>
          <w:color w:val="B22222"/>
          <w:sz w:val="28"/>
          <w:lang w:eastAsia="ko-KR"/>
        </w:rPr>
        <w:lastRenderedPageBreak/>
        <w:t>10</w:t>
      </w:r>
      <w:r>
        <w:rPr>
          <w:b/>
          <w:color w:val="B22222"/>
          <w:sz w:val="28"/>
          <w:lang w:eastAsia="ko-KR"/>
        </w:rPr>
        <w:t>월</w:t>
      </w:r>
      <w:r>
        <w:rPr>
          <w:b/>
          <w:color w:val="B22222"/>
          <w:sz w:val="28"/>
          <w:lang w:eastAsia="ko-KR"/>
        </w:rPr>
        <w:t xml:space="preserve"> 12</w:t>
      </w:r>
      <w:r>
        <w:rPr>
          <w:b/>
          <w:color w:val="B22222"/>
          <w:sz w:val="28"/>
          <w:lang w:eastAsia="ko-KR"/>
        </w:rPr>
        <w:t>일</w:t>
      </w:r>
      <w:r>
        <w:rPr>
          <w:b/>
          <w:color w:val="B22222"/>
          <w:sz w:val="28"/>
          <w:lang w:eastAsia="ko-KR"/>
        </w:rPr>
        <w:t>(</w:t>
      </w:r>
      <w:r>
        <w:rPr>
          <w:b/>
          <w:color w:val="B22222"/>
          <w:sz w:val="28"/>
          <w:lang w:eastAsia="ko-KR"/>
        </w:rPr>
        <w:t>월</w:t>
      </w:r>
      <w:r>
        <w:rPr>
          <w:b/>
          <w:color w:val="B22222"/>
          <w:sz w:val="28"/>
          <w:lang w:eastAsia="ko-KR"/>
        </w:rPr>
        <w:t xml:space="preserve">)  </w:t>
      </w:r>
      <w:r>
        <w:rPr>
          <w:b/>
          <w:color w:val="B22222"/>
          <w:sz w:val="28"/>
          <w:lang w:eastAsia="ko-KR"/>
        </w:rPr>
        <w:t>오후</w:t>
      </w:r>
      <w:r>
        <w:rPr>
          <w:b/>
          <w:color w:val="B22222"/>
          <w:sz w:val="28"/>
          <w:lang w:eastAsia="ko-KR"/>
        </w:rPr>
        <w:t xml:space="preserve"> 2:00 ~ 3:30</w:t>
      </w:r>
    </w:p>
    <w:p w14:paraId="1A360297" w14:textId="38A1C143" w:rsidR="00851D0D" w:rsidRDefault="005B4856">
      <w:pPr>
        <w:spacing w:after="40"/>
        <w:rPr>
          <w:lang w:eastAsia="ko-KR"/>
        </w:rPr>
      </w:pPr>
      <w:r>
        <w:rPr>
          <w:b/>
          <w:color w:val="1B2A4A"/>
          <w:sz w:val="40"/>
          <w:lang w:eastAsia="ko-KR"/>
        </w:rPr>
        <w:t>경배와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찬양</w:t>
      </w:r>
      <w:r>
        <w:rPr>
          <w:b/>
          <w:color w:val="1B2A4A"/>
          <w:sz w:val="40"/>
          <w:lang w:eastAsia="ko-KR"/>
        </w:rPr>
        <w:t xml:space="preserve"> · </w:t>
      </w:r>
      <w:r>
        <w:rPr>
          <w:b/>
          <w:color w:val="1B2A4A"/>
          <w:sz w:val="40"/>
          <w:lang w:eastAsia="ko-KR"/>
        </w:rPr>
        <w:t>오프닝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개회식</w:t>
      </w:r>
      <w:r w:rsidR="002919A1">
        <w:rPr>
          <w:rFonts w:hint="eastAsia"/>
          <w:b/>
          <w:color w:val="1B2A4A"/>
          <w:sz w:val="40"/>
          <w:lang w:eastAsia="ko-KR"/>
        </w:rPr>
        <w:t xml:space="preserve"> </w:t>
      </w:r>
    </w:p>
    <w:p w14:paraId="250E1049" w14:textId="77777777" w:rsidR="00851D0D" w:rsidRDefault="005B4856">
      <w:pPr>
        <w:spacing w:after="200"/>
        <w:rPr>
          <w:lang w:eastAsia="ko-KR"/>
        </w:rPr>
      </w:pPr>
      <w:r>
        <w:rPr>
          <w:color w:val="555555"/>
          <w:sz w:val="25"/>
          <w:lang w:eastAsia="ko-KR"/>
        </w:rPr>
        <w:t>김형배</w:t>
      </w:r>
      <w:r>
        <w:rPr>
          <w:color w:val="555555"/>
          <w:sz w:val="25"/>
          <w:lang w:eastAsia="ko-KR"/>
        </w:rPr>
        <w:t xml:space="preserve"> </w:t>
      </w:r>
      <w:r>
        <w:rPr>
          <w:color w:val="555555"/>
          <w:sz w:val="25"/>
          <w:lang w:eastAsia="ko-KR"/>
        </w:rPr>
        <w:t>담임목사</w:t>
      </w:r>
    </w:p>
    <w:p w14:paraId="27937831" w14:textId="77777777" w:rsidR="00851D0D" w:rsidRDefault="005B4856">
      <w:pPr>
        <w:pBdr>
          <w:top w:val="single" w:sz="6" w:space="4" w:color="D4A537"/>
          <w:left w:val="single" w:sz="6" w:space="4" w:color="D4A537"/>
          <w:bottom w:val="single" w:sz="6" w:space="4" w:color="D4A537"/>
          <w:right w:val="single" w:sz="6" w:space="4" w:color="D4A537"/>
        </w:pBdr>
        <w:shd w:val="clear" w:color="auto" w:fill="F3EEDF"/>
        <w:spacing w:after="240"/>
        <w:jc w:val="both"/>
        <w:rPr>
          <w:lang w:eastAsia="ko-KR"/>
        </w:rPr>
      </w:pPr>
      <w:r>
        <w:rPr>
          <w:b/>
          <w:color w:val="B8860B"/>
          <w:lang w:eastAsia="ko-KR"/>
        </w:rPr>
        <w:t>[</w:t>
      </w:r>
      <w:r>
        <w:rPr>
          <w:b/>
          <w:color w:val="B8860B"/>
          <w:lang w:eastAsia="ko-KR"/>
        </w:rPr>
        <w:t>이</w:t>
      </w:r>
      <w:r>
        <w:rPr>
          <w:b/>
          <w:color w:val="B8860B"/>
          <w:lang w:eastAsia="ko-KR"/>
        </w:rPr>
        <w:t xml:space="preserve"> </w:t>
      </w:r>
      <w:r>
        <w:rPr>
          <w:b/>
          <w:color w:val="B8860B"/>
          <w:lang w:eastAsia="ko-KR"/>
        </w:rPr>
        <w:t>시간의</w:t>
      </w:r>
      <w:r>
        <w:rPr>
          <w:b/>
          <w:color w:val="B8860B"/>
          <w:lang w:eastAsia="ko-KR"/>
        </w:rPr>
        <w:t xml:space="preserve"> </w:t>
      </w:r>
      <w:r>
        <w:rPr>
          <w:b/>
          <w:color w:val="B8860B"/>
          <w:lang w:eastAsia="ko-KR"/>
        </w:rPr>
        <w:t>기도</w:t>
      </w:r>
      <w:r>
        <w:rPr>
          <w:b/>
          <w:color w:val="B8860B"/>
          <w:lang w:eastAsia="ko-KR"/>
        </w:rPr>
        <w:t xml:space="preserve">] </w:t>
      </w:r>
      <w:r>
        <w:rPr>
          <w:lang w:eastAsia="ko-KR"/>
        </w:rPr>
        <w:t>컨퍼런스의</w:t>
      </w:r>
      <w:r>
        <w:rPr>
          <w:lang w:eastAsia="ko-KR"/>
        </w:rPr>
        <w:t xml:space="preserve"> </w:t>
      </w:r>
      <w:r>
        <w:rPr>
          <w:lang w:eastAsia="ko-KR"/>
        </w:rPr>
        <w:t>첫</w:t>
      </w:r>
      <w:r>
        <w:rPr>
          <w:lang w:eastAsia="ko-KR"/>
        </w:rPr>
        <w:t xml:space="preserve"> </w:t>
      </w:r>
      <w:r>
        <w:rPr>
          <w:lang w:eastAsia="ko-KR"/>
        </w:rPr>
        <w:t>문을</w:t>
      </w:r>
      <w:r>
        <w:rPr>
          <w:lang w:eastAsia="ko-KR"/>
        </w:rPr>
        <w:t xml:space="preserve"> </w:t>
      </w:r>
      <w:r>
        <w:rPr>
          <w:lang w:eastAsia="ko-KR"/>
        </w:rPr>
        <w:t>여는</w:t>
      </w:r>
      <w:r>
        <w:rPr>
          <w:lang w:eastAsia="ko-KR"/>
        </w:rPr>
        <w:t xml:space="preserve"> </w:t>
      </w:r>
      <w:r>
        <w:rPr>
          <w:lang w:eastAsia="ko-KR"/>
        </w:rPr>
        <w:t>시간입니다</w:t>
      </w:r>
      <w:r>
        <w:rPr>
          <w:lang w:eastAsia="ko-KR"/>
        </w:rPr>
        <w:t xml:space="preserve">. </w:t>
      </w:r>
      <w:r w:rsidRPr="002919A1">
        <w:rPr>
          <w:b/>
          <w:bCs/>
          <w:lang w:eastAsia="ko-KR"/>
        </w:rPr>
        <w:t>성령의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임재가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가득하고</w:t>
      </w:r>
      <w:r w:rsidRPr="002919A1">
        <w:rPr>
          <w:b/>
          <w:bCs/>
          <w:lang w:eastAsia="ko-KR"/>
        </w:rPr>
        <w:t xml:space="preserve">, </w:t>
      </w:r>
      <w:r w:rsidRPr="002919A1">
        <w:rPr>
          <w:b/>
          <w:bCs/>
          <w:lang w:eastAsia="ko-KR"/>
        </w:rPr>
        <w:t>오시는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모든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분의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마음이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열리도록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주세요</w:t>
      </w:r>
      <w:r>
        <w:rPr>
          <w:lang w:eastAsia="ko-KR"/>
        </w:rPr>
        <w:t>.</w:t>
      </w:r>
    </w:p>
    <w:p w14:paraId="5F76C811" w14:textId="77777777" w:rsidR="00851D0D" w:rsidRDefault="005B4856">
      <w:pPr>
        <w:spacing w:after="200"/>
        <w:jc w:val="center"/>
        <w:rPr>
          <w:lang w:eastAsia="ko-KR"/>
        </w:rPr>
      </w:pPr>
      <w:r>
        <w:rPr>
          <w:b/>
          <w:color w:val="B22222"/>
          <w:sz w:val="28"/>
          <w:lang w:eastAsia="ko-KR"/>
        </w:rPr>
        <w:t xml:space="preserve">◈ </w:t>
      </w:r>
      <w:r>
        <w:rPr>
          <w:b/>
          <w:color w:val="B22222"/>
          <w:sz w:val="28"/>
          <w:lang w:eastAsia="ko-KR"/>
        </w:rPr>
        <w:t>중보기도</w:t>
      </w:r>
      <w:r>
        <w:rPr>
          <w:b/>
          <w:color w:val="B22222"/>
          <w:sz w:val="28"/>
          <w:lang w:eastAsia="ko-KR"/>
        </w:rPr>
        <w:t xml:space="preserve"> </w:t>
      </w:r>
      <w:r>
        <w:rPr>
          <w:b/>
          <w:color w:val="B22222"/>
          <w:sz w:val="28"/>
          <w:lang w:eastAsia="ko-KR"/>
        </w:rPr>
        <w:t>제목</w:t>
      </w:r>
      <w:r>
        <w:rPr>
          <w:b/>
          <w:color w:val="B22222"/>
          <w:sz w:val="28"/>
          <w:lang w:eastAsia="ko-KR"/>
        </w:rPr>
        <w:t xml:space="preserve"> ◈</w:t>
      </w:r>
    </w:p>
    <w:p w14:paraId="6AE60CF7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1.  </w:t>
      </w:r>
      <w:r>
        <w:rPr>
          <w:lang w:eastAsia="ko-KR"/>
        </w:rPr>
        <w:t>이번</w:t>
      </w:r>
      <w:r>
        <w:rPr>
          <w:lang w:eastAsia="ko-KR"/>
        </w:rPr>
        <w:t xml:space="preserve"> ‘</w:t>
      </w:r>
      <w:r>
        <w:rPr>
          <w:lang w:eastAsia="ko-KR"/>
        </w:rPr>
        <w:t>교회</w:t>
      </w:r>
      <w:r>
        <w:rPr>
          <w:lang w:eastAsia="ko-KR"/>
        </w:rPr>
        <w:t xml:space="preserve"> </w:t>
      </w:r>
      <w:r>
        <w:rPr>
          <w:lang w:eastAsia="ko-KR"/>
        </w:rPr>
        <w:t>토양</w:t>
      </w:r>
      <w:r>
        <w:rPr>
          <w:lang w:eastAsia="ko-KR"/>
        </w:rPr>
        <w:t xml:space="preserve"> </w:t>
      </w:r>
      <w:r>
        <w:rPr>
          <w:lang w:eastAsia="ko-KR"/>
        </w:rPr>
        <w:t>작업과</w:t>
      </w:r>
      <w:r>
        <w:rPr>
          <w:lang w:eastAsia="ko-KR"/>
        </w:rPr>
        <w:t xml:space="preserve"> </w:t>
      </w:r>
      <w:r>
        <w:rPr>
          <w:lang w:eastAsia="ko-KR"/>
        </w:rPr>
        <w:t>성령치유사역</w:t>
      </w:r>
      <w:r>
        <w:rPr>
          <w:lang w:eastAsia="ko-KR"/>
        </w:rPr>
        <w:t xml:space="preserve"> </w:t>
      </w:r>
      <w:r>
        <w:rPr>
          <w:lang w:eastAsia="ko-KR"/>
        </w:rPr>
        <w:t>컨퍼런스</w:t>
      </w:r>
      <w:r>
        <w:rPr>
          <w:lang w:eastAsia="ko-KR"/>
        </w:rPr>
        <w:t xml:space="preserve">’ </w:t>
      </w:r>
      <w:r>
        <w:rPr>
          <w:lang w:eastAsia="ko-KR"/>
        </w:rPr>
        <w:t>현장에</w:t>
      </w:r>
      <w:r>
        <w:rPr>
          <w:lang w:eastAsia="ko-KR"/>
        </w:rPr>
        <w:t xml:space="preserve"> </w:t>
      </w:r>
      <w:r>
        <w:rPr>
          <w:lang w:eastAsia="ko-KR"/>
        </w:rPr>
        <w:t>성령의</w:t>
      </w:r>
      <w:r>
        <w:rPr>
          <w:lang w:eastAsia="ko-KR"/>
        </w:rPr>
        <w:t xml:space="preserve"> </w:t>
      </w:r>
      <w:r>
        <w:rPr>
          <w:lang w:eastAsia="ko-KR"/>
        </w:rPr>
        <w:t>강력한</w:t>
      </w:r>
      <w:r>
        <w:rPr>
          <w:lang w:eastAsia="ko-KR"/>
        </w:rPr>
        <w:t xml:space="preserve"> </w:t>
      </w:r>
      <w:r>
        <w:rPr>
          <w:lang w:eastAsia="ko-KR"/>
        </w:rPr>
        <w:t>기름</w:t>
      </w:r>
      <w:r>
        <w:rPr>
          <w:lang w:eastAsia="ko-KR"/>
        </w:rPr>
        <w:t xml:space="preserve"> </w:t>
      </w:r>
      <w:r>
        <w:rPr>
          <w:lang w:eastAsia="ko-KR"/>
        </w:rPr>
        <w:t>부으심이</w:t>
      </w:r>
      <w:r>
        <w:rPr>
          <w:lang w:eastAsia="ko-KR"/>
        </w:rPr>
        <w:t xml:space="preserve"> </w:t>
      </w:r>
      <w:r>
        <w:rPr>
          <w:lang w:eastAsia="ko-KR"/>
        </w:rPr>
        <w:t>임하여</w:t>
      </w:r>
      <w:r>
        <w:rPr>
          <w:lang w:eastAsia="ko-KR"/>
        </w:rPr>
        <w:t xml:space="preserve">, </w:t>
      </w:r>
      <w:r>
        <w:rPr>
          <w:lang w:eastAsia="ko-KR"/>
        </w:rPr>
        <w:t>참석한</w:t>
      </w:r>
      <w:r>
        <w:rPr>
          <w:lang w:eastAsia="ko-KR"/>
        </w:rPr>
        <w:t xml:space="preserve"> </w:t>
      </w:r>
      <w:r>
        <w:rPr>
          <w:lang w:eastAsia="ko-KR"/>
        </w:rPr>
        <w:t>모두가</w:t>
      </w:r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살아계심을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오감으로</w:t>
      </w:r>
      <w:r>
        <w:rPr>
          <w:lang w:eastAsia="ko-KR"/>
        </w:rPr>
        <w:t xml:space="preserve"> </w:t>
      </w:r>
      <w:r>
        <w:rPr>
          <w:lang w:eastAsia="ko-KR"/>
        </w:rPr>
        <w:t>체험하는</w:t>
      </w:r>
      <w:r>
        <w:rPr>
          <w:lang w:eastAsia="ko-KR"/>
        </w:rPr>
        <w:t xml:space="preserve"> </w:t>
      </w:r>
      <w:r>
        <w:rPr>
          <w:lang w:eastAsia="ko-KR"/>
        </w:rPr>
        <w:t>생생한</w:t>
      </w:r>
      <w:r>
        <w:rPr>
          <w:lang w:eastAsia="ko-KR"/>
        </w:rPr>
        <w:t xml:space="preserve"> </w:t>
      </w:r>
      <w:r>
        <w:rPr>
          <w:lang w:eastAsia="ko-KR"/>
        </w:rPr>
        <w:t>현장이</w:t>
      </w:r>
      <w:r>
        <w:rPr>
          <w:lang w:eastAsia="ko-KR"/>
        </w:rPr>
        <w:t xml:space="preserve"> </w:t>
      </w:r>
      <w:r>
        <w:rPr>
          <w:lang w:eastAsia="ko-KR"/>
        </w:rPr>
        <w:t>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168C42F0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2.  </w:t>
      </w:r>
      <w:r>
        <w:rPr>
          <w:lang w:eastAsia="ko-KR"/>
        </w:rPr>
        <w:t>참석하는</w:t>
      </w:r>
      <w:r>
        <w:rPr>
          <w:lang w:eastAsia="ko-KR"/>
        </w:rPr>
        <w:t xml:space="preserve">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분이</w:t>
      </w:r>
      <w:r>
        <w:rPr>
          <w:lang w:eastAsia="ko-KR"/>
        </w:rPr>
        <w:t xml:space="preserve"> </w:t>
      </w:r>
      <w:r>
        <w:rPr>
          <w:lang w:eastAsia="ko-KR"/>
        </w:rPr>
        <w:t>단순히</w:t>
      </w:r>
      <w:r>
        <w:rPr>
          <w:lang w:eastAsia="ko-KR"/>
        </w:rPr>
        <w:t xml:space="preserve"> </w:t>
      </w:r>
      <w:r>
        <w:rPr>
          <w:lang w:eastAsia="ko-KR"/>
        </w:rPr>
        <w:t>세미나를</w:t>
      </w:r>
      <w:r>
        <w:rPr>
          <w:lang w:eastAsia="ko-KR"/>
        </w:rPr>
        <w:t xml:space="preserve"> </w:t>
      </w:r>
      <w:r>
        <w:rPr>
          <w:lang w:eastAsia="ko-KR"/>
        </w:rPr>
        <w:t>듣는</w:t>
      </w:r>
      <w:r>
        <w:rPr>
          <w:lang w:eastAsia="ko-KR"/>
        </w:rPr>
        <w:t xml:space="preserve"> </w:t>
      </w:r>
      <w:r>
        <w:rPr>
          <w:lang w:eastAsia="ko-KR"/>
        </w:rPr>
        <w:t>것을</w:t>
      </w:r>
      <w:r>
        <w:rPr>
          <w:lang w:eastAsia="ko-KR"/>
        </w:rPr>
        <w:t xml:space="preserve"> </w:t>
      </w:r>
      <w:r>
        <w:rPr>
          <w:lang w:eastAsia="ko-KR"/>
        </w:rPr>
        <w:t>넘어</w:t>
      </w:r>
      <w:r>
        <w:rPr>
          <w:lang w:eastAsia="ko-KR"/>
        </w:rPr>
        <w:t>, ‘</w:t>
      </w:r>
      <w:r>
        <w:rPr>
          <w:lang w:eastAsia="ko-KR"/>
        </w:rPr>
        <w:t>지금</w:t>
      </w:r>
      <w:r>
        <w:rPr>
          <w:lang w:eastAsia="ko-KR"/>
        </w:rPr>
        <w:t xml:space="preserve"> </w:t>
      </w:r>
      <w:r>
        <w:rPr>
          <w:lang w:eastAsia="ko-KR"/>
        </w:rPr>
        <w:t>여기</w:t>
      </w:r>
      <w:r>
        <w:rPr>
          <w:lang w:eastAsia="ko-KR"/>
        </w:rPr>
        <w:t xml:space="preserve"> </w:t>
      </w:r>
      <w:r>
        <w:rPr>
          <w:lang w:eastAsia="ko-KR"/>
        </w:rPr>
        <w:t>살아서</w:t>
      </w:r>
      <w:r>
        <w:rPr>
          <w:lang w:eastAsia="ko-KR"/>
        </w:rPr>
        <w:t xml:space="preserve"> </w:t>
      </w:r>
      <w:r>
        <w:rPr>
          <w:lang w:eastAsia="ko-KR"/>
        </w:rPr>
        <w:t>역사하시는</w:t>
      </w:r>
      <w:r>
        <w:rPr>
          <w:lang w:eastAsia="ko-KR"/>
        </w:rPr>
        <w:t xml:space="preserve"> </w:t>
      </w:r>
      <w:r>
        <w:rPr>
          <w:lang w:eastAsia="ko-KR"/>
        </w:rPr>
        <w:t>하나님</w:t>
      </w:r>
      <w:r>
        <w:rPr>
          <w:lang w:eastAsia="ko-KR"/>
        </w:rPr>
        <w:t>’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인격적으로</w:t>
      </w:r>
      <w:r>
        <w:rPr>
          <w:lang w:eastAsia="ko-KR"/>
        </w:rPr>
        <w:t xml:space="preserve"> </w:t>
      </w:r>
      <w:r>
        <w:rPr>
          <w:lang w:eastAsia="ko-KR"/>
        </w:rPr>
        <w:t>깊이</w:t>
      </w:r>
      <w:r>
        <w:rPr>
          <w:lang w:eastAsia="ko-KR"/>
        </w:rPr>
        <w:t xml:space="preserve"> </w:t>
      </w:r>
      <w:r>
        <w:rPr>
          <w:lang w:eastAsia="ko-KR"/>
        </w:rPr>
        <w:t>대면하며</w:t>
      </w:r>
      <w:r>
        <w:rPr>
          <w:lang w:eastAsia="ko-KR"/>
        </w:rPr>
        <w:t xml:space="preserve"> </w:t>
      </w:r>
      <w:r>
        <w:rPr>
          <w:lang w:eastAsia="ko-KR"/>
        </w:rPr>
        <w:t>영적인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갈급함이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온전히</w:t>
      </w:r>
      <w:r>
        <w:rPr>
          <w:lang w:eastAsia="ko-KR"/>
        </w:rPr>
        <w:t xml:space="preserve"> </w:t>
      </w:r>
      <w:r>
        <w:rPr>
          <w:lang w:eastAsia="ko-KR"/>
        </w:rPr>
        <w:t>채워지게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1DF0B78C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>3.  2</w:t>
      </w:r>
      <w:r>
        <w:rPr>
          <w:lang w:eastAsia="ko-KR"/>
        </w:rPr>
        <w:t>박</w:t>
      </w:r>
      <w:r>
        <w:rPr>
          <w:lang w:eastAsia="ko-KR"/>
        </w:rPr>
        <w:t xml:space="preserve"> 3</w:t>
      </w:r>
      <w:r>
        <w:rPr>
          <w:lang w:eastAsia="ko-KR"/>
        </w:rPr>
        <w:t>일의</w:t>
      </w:r>
      <w:r>
        <w:rPr>
          <w:lang w:eastAsia="ko-KR"/>
        </w:rPr>
        <w:t xml:space="preserve">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일정이</w:t>
      </w:r>
      <w:r>
        <w:rPr>
          <w:lang w:eastAsia="ko-KR"/>
        </w:rPr>
        <w:t xml:space="preserve"> </w:t>
      </w:r>
      <w:r>
        <w:rPr>
          <w:lang w:eastAsia="ko-KR"/>
        </w:rPr>
        <w:t>사탄의</w:t>
      </w:r>
      <w:r>
        <w:rPr>
          <w:lang w:eastAsia="ko-KR"/>
        </w:rPr>
        <w:t xml:space="preserve"> </w:t>
      </w:r>
      <w:r>
        <w:rPr>
          <w:lang w:eastAsia="ko-KR"/>
        </w:rPr>
        <w:t>방해</w:t>
      </w:r>
      <w:r>
        <w:rPr>
          <w:lang w:eastAsia="ko-KR"/>
        </w:rPr>
        <w:t xml:space="preserve"> </w:t>
      </w:r>
      <w:r>
        <w:rPr>
          <w:lang w:eastAsia="ko-KR"/>
        </w:rPr>
        <w:t>없이</w:t>
      </w:r>
      <w:r>
        <w:rPr>
          <w:lang w:eastAsia="ko-KR"/>
        </w:rPr>
        <w:t xml:space="preserve">, </w:t>
      </w:r>
      <w:r>
        <w:rPr>
          <w:lang w:eastAsia="ko-KR"/>
        </w:rPr>
        <w:t>오직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영광과</w:t>
      </w:r>
      <w:r>
        <w:rPr>
          <w:lang w:eastAsia="ko-KR"/>
        </w:rPr>
        <w:t xml:space="preserve"> </w:t>
      </w:r>
      <w:r>
        <w:rPr>
          <w:lang w:eastAsia="ko-KR"/>
        </w:rPr>
        <w:t>권능만이</w:t>
      </w:r>
      <w:r>
        <w:rPr>
          <w:lang w:eastAsia="ko-KR"/>
        </w:rPr>
        <w:t xml:space="preserve"> </w:t>
      </w:r>
      <w:r>
        <w:rPr>
          <w:lang w:eastAsia="ko-KR"/>
        </w:rPr>
        <w:t>압도적으로</w:t>
      </w:r>
      <w:r>
        <w:rPr>
          <w:lang w:eastAsia="ko-KR"/>
        </w:rPr>
        <w:t xml:space="preserve"> </w:t>
      </w:r>
      <w:r>
        <w:rPr>
          <w:lang w:eastAsia="ko-KR"/>
        </w:rPr>
        <w:t>드러나는</w:t>
      </w:r>
      <w:r>
        <w:rPr>
          <w:lang w:eastAsia="ko-KR"/>
        </w:rPr>
        <w:t xml:space="preserve"> </w:t>
      </w:r>
      <w:r>
        <w:rPr>
          <w:lang w:eastAsia="ko-KR"/>
        </w:rPr>
        <w:t>거룩한</w:t>
      </w:r>
      <w:r>
        <w:rPr>
          <w:lang w:eastAsia="ko-KR"/>
        </w:rPr>
        <w:t xml:space="preserve"> </w:t>
      </w:r>
      <w:r>
        <w:rPr>
          <w:lang w:eastAsia="ko-KR"/>
        </w:rPr>
        <w:t>축제가</w:t>
      </w:r>
      <w:r>
        <w:rPr>
          <w:lang w:eastAsia="ko-KR"/>
        </w:rPr>
        <w:t xml:space="preserve"> </w:t>
      </w:r>
      <w:r>
        <w:rPr>
          <w:lang w:eastAsia="ko-KR"/>
        </w:rPr>
        <w:t>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36BE3ED7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lastRenderedPageBreak/>
        <w:t xml:space="preserve">4.  </w:t>
      </w:r>
      <w:r>
        <w:rPr>
          <w:lang w:eastAsia="ko-KR"/>
        </w:rPr>
        <w:t>등록하시는</w:t>
      </w:r>
      <w:r>
        <w:rPr>
          <w:lang w:eastAsia="ko-KR"/>
        </w:rPr>
        <w:t xml:space="preserve"> 100</w:t>
      </w:r>
      <w:r>
        <w:rPr>
          <w:lang w:eastAsia="ko-KR"/>
        </w:rPr>
        <w:t>명의</w:t>
      </w:r>
      <w:r>
        <w:rPr>
          <w:lang w:eastAsia="ko-KR"/>
        </w:rPr>
        <w:t xml:space="preserve"> </w:t>
      </w:r>
      <w:r>
        <w:rPr>
          <w:lang w:eastAsia="ko-KR"/>
        </w:rPr>
        <w:t>기성</w:t>
      </w:r>
      <w:r>
        <w:rPr>
          <w:lang w:eastAsia="ko-KR"/>
        </w:rPr>
        <w:t xml:space="preserve"> </w:t>
      </w:r>
      <w:r>
        <w:rPr>
          <w:lang w:eastAsia="ko-KR"/>
        </w:rPr>
        <w:t>교단</w:t>
      </w:r>
      <w:r>
        <w:rPr>
          <w:lang w:eastAsia="ko-KR"/>
        </w:rPr>
        <w:t xml:space="preserve"> </w:t>
      </w:r>
      <w:r>
        <w:rPr>
          <w:lang w:eastAsia="ko-KR"/>
        </w:rPr>
        <w:t>목회자</w:t>
      </w:r>
      <w:r>
        <w:rPr>
          <w:lang w:eastAsia="ko-KR"/>
        </w:rPr>
        <w:t xml:space="preserve"> </w:t>
      </w:r>
      <w:r>
        <w:rPr>
          <w:lang w:eastAsia="ko-KR"/>
        </w:rPr>
        <w:t>부부들의</w:t>
      </w:r>
      <w:r>
        <w:rPr>
          <w:lang w:eastAsia="ko-KR"/>
        </w:rPr>
        <w:t xml:space="preserve"> </w:t>
      </w:r>
      <w:r>
        <w:rPr>
          <w:lang w:eastAsia="ko-KR"/>
        </w:rPr>
        <w:t>발걸음을</w:t>
      </w:r>
      <w:r>
        <w:rPr>
          <w:lang w:eastAsia="ko-KR"/>
        </w:rPr>
        <w:t xml:space="preserve"> </w:t>
      </w:r>
      <w:r>
        <w:rPr>
          <w:lang w:eastAsia="ko-KR"/>
        </w:rPr>
        <w:t>인도하시고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하나님을</w:t>
      </w:r>
      <w:r>
        <w:rPr>
          <w:lang w:eastAsia="ko-KR"/>
        </w:rPr>
        <w:t xml:space="preserve"> </w:t>
      </w:r>
      <w:r>
        <w:rPr>
          <w:lang w:eastAsia="ko-KR"/>
        </w:rPr>
        <w:t>만나고자</w:t>
      </w:r>
      <w:r>
        <w:rPr>
          <w:lang w:eastAsia="ko-KR"/>
        </w:rPr>
        <w:t xml:space="preserve"> </w:t>
      </w:r>
      <w:r>
        <w:rPr>
          <w:lang w:eastAsia="ko-KR"/>
        </w:rPr>
        <w:t>하는</w:t>
      </w:r>
      <w:r>
        <w:rPr>
          <w:lang w:eastAsia="ko-KR"/>
        </w:rPr>
        <w:t xml:space="preserve"> </w:t>
      </w:r>
      <w:r>
        <w:rPr>
          <w:lang w:eastAsia="ko-KR"/>
        </w:rPr>
        <w:t>간절하고</w:t>
      </w:r>
      <w:r>
        <w:rPr>
          <w:lang w:eastAsia="ko-KR"/>
        </w:rPr>
        <w:t xml:space="preserve"> </w:t>
      </w:r>
      <w:r>
        <w:rPr>
          <w:lang w:eastAsia="ko-KR"/>
        </w:rPr>
        <w:t>사모하는</w:t>
      </w:r>
      <w:r>
        <w:rPr>
          <w:lang w:eastAsia="ko-KR"/>
        </w:rPr>
        <w:t xml:space="preserve"> </w:t>
      </w:r>
      <w:r>
        <w:rPr>
          <w:lang w:eastAsia="ko-KR"/>
        </w:rPr>
        <w:t>마음으로</w:t>
      </w:r>
      <w:r>
        <w:rPr>
          <w:lang w:eastAsia="ko-KR"/>
        </w:rPr>
        <w:t xml:space="preserve"> </w:t>
      </w:r>
      <w:r>
        <w:rPr>
          <w:lang w:eastAsia="ko-KR"/>
        </w:rPr>
        <w:t>기쁘게</w:t>
      </w:r>
      <w:r>
        <w:rPr>
          <w:lang w:eastAsia="ko-KR"/>
        </w:rPr>
        <w:t xml:space="preserve"> </w:t>
      </w:r>
      <w:r>
        <w:rPr>
          <w:lang w:eastAsia="ko-KR"/>
        </w:rPr>
        <w:t>나아오게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3B7D94CC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5.  </w:t>
      </w:r>
      <w:r>
        <w:rPr>
          <w:lang w:eastAsia="ko-KR"/>
        </w:rPr>
        <w:t>참석하는</w:t>
      </w:r>
      <w:r>
        <w:rPr>
          <w:lang w:eastAsia="ko-KR"/>
        </w:rPr>
        <w:t xml:space="preserve"> </w:t>
      </w:r>
      <w:r>
        <w:rPr>
          <w:lang w:eastAsia="ko-KR"/>
        </w:rPr>
        <w:t>동안</w:t>
      </w:r>
      <w:r>
        <w:rPr>
          <w:lang w:eastAsia="ko-KR"/>
        </w:rPr>
        <w:t xml:space="preserve"> </w:t>
      </w:r>
      <w:r>
        <w:rPr>
          <w:lang w:eastAsia="ko-KR"/>
        </w:rPr>
        <w:t>비워둔</w:t>
      </w:r>
      <w:r>
        <w:rPr>
          <w:lang w:eastAsia="ko-KR"/>
        </w:rPr>
        <w:t xml:space="preserve"> </w:t>
      </w:r>
      <w:r>
        <w:rPr>
          <w:lang w:eastAsia="ko-KR"/>
        </w:rPr>
        <w:t>가정과</w:t>
      </w:r>
      <w:r>
        <w:rPr>
          <w:lang w:eastAsia="ko-KR"/>
        </w:rPr>
        <w:t xml:space="preserve"> </w:t>
      </w:r>
      <w:r>
        <w:rPr>
          <w:lang w:eastAsia="ko-KR"/>
        </w:rPr>
        <w:t>교회에</w:t>
      </w:r>
      <w:r>
        <w:rPr>
          <w:lang w:eastAsia="ko-KR"/>
        </w:rPr>
        <w:t xml:space="preserve"> </w:t>
      </w:r>
      <w:r>
        <w:rPr>
          <w:lang w:eastAsia="ko-KR"/>
        </w:rPr>
        <w:t>평안을</w:t>
      </w:r>
      <w:r>
        <w:rPr>
          <w:lang w:eastAsia="ko-KR"/>
        </w:rPr>
        <w:t xml:space="preserve"> </w:t>
      </w:r>
      <w:r>
        <w:rPr>
          <w:lang w:eastAsia="ko-KR"/>
        </w:rPr>
        <w:t>주시고</w:t>
      </w:r>
      <w:r>
        <w:rPr>
          <w:lang w:eastAsia="ko-KR"/>
        </w:rPr>
        <w:t xml:space="preserve">, </w:t>
      </w:r>
      <w:r>
        <w:rPr>
          <w:lang w:eastAsia="ko-KR"/>
        </w:rPr>
        <w:t>오고</w:t>
      </w:r>
      <w:r>
        <w:rPr>
          <w:lang w:eastAsia="ko-KR"/>
        </w:rPr>
        <w:t xml:space="preserve"> </w:t>
      </w:r>
      <w:r>
        <w:rPr>
          <w:lang w:eastAsia="ko-KR"/>
        </w:rPr>
        <w:t>가는</w:t>
      </w:r>
      <w:r>
        <w:rPr>
          <w:lang w:eastAsia="ko-KR"/>
        </w:rPr>
        <w:t xml:space="preserve">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여정</w:t>
      </w:r>
      <w:r>
        <w:rPr>
          <w:lang w:eastAsia="ko-KR"/>
        </w:rPr>
        <w:t xml:space="preserve"> </w:t>
      </w:r>
      <w:r>
        <w:rPr>
          <w:lang w:eastAsia="ko-KR"/>
        </w:rPr>
        <w:t>속에서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불꽃</w:t>
      </w:r>
      <w:r>
        <w:rPr>
          <w:lang w:eastAsia="ko-KR"/>
        </w:rPr>
        <w:t xml:space="preserve"> </w:t>
      </w:r>
      <w:r>
        <w:rPr>
          <w:lang w:eastAsia="ko-KR"/>
        </w:rPr>
        <w:t>같은</w:t>
      </w:r>
      <w:r>
        <w:rPr>
          <w:lang w:eastAsia="ko-KR"/>
        </w:rPr>
        <w:t xml:space="preserve"> </w:t>
      </w:r>
      <w:r>
        <w:rPr>
          <w:lang w:eastAsia="ko-KR"/>
        </w:rPr>
        <w:t>눈동자가</w:t>
      </w:r>
      <w:r>
        <w:rPr>
          <w:lang w:eastAsia="ko-KR"/>
        </w:rPr>
        <w:t xml:space="preserve"> </w:t>
      </w:r>
      <w:r>
        <w:rPr>
          <w:lang w:eastAsia="ko-KR"/>
        </w:rPr>
        <w:t>이들의</w:t>
      </w:r>
      <w:r>
        <w:rPr>
          <w:lang w:eastAsia="ko-KR"/>
        </w:rPr>
        <w:t xml:space="preserve"> </w:t>
      </w:r>
      <w:r>
        <w:rPr>
          <w:lang w:eastAsia="ko-KR"/>
        </w:rPr>
        <w:t>건강과</w:t>
      </w:r>
      <w:r>
        <w:rPr>
          <w:lang w:eastAsia="ko-KR"/>
        </w:rPr>
        <w:t xml:space="preserve"> </w:t>
      </w:r>
      <w:r>
        <w:rPr>
          <w:lang w:eastAsia="ko-KR"/>
        </w:rPr>
        <w:t>안전을</w:t>
      </w:r>
      <w:r>
        <w:rPr>
          <w:lang w:eastAsia="ko-KR"/>
        </w:rPr>
        <w:t xml:space="preserve"> </w:t>
      </w:r>
      <w:r>
        <w:rPr>
          <w:lang w:eastAsia="ko-KR"/>
        </w:rPr>
        <w:t>지켜</w:t>
      </w:r>
      <w:r>
        <w:rPr>
          <w:lang w:eastAsia="ko-KR"/>
        </w:rPr>
        <w:t xml:space="preserve"> </w:t>
      </w:r>
      <w:r>
        <w:rPr>
          <w:lang w:eastAsia="ko-KR"/>
        </w:rPr>
        <w:t>주소서</w:t>
      </w:r>
      <w:r>
        <w:rPr>
          <w:lang w:eastAsia="ko-KR"/>
        </w:rPr>
        <w:t>.</w:t>
      </w:r>
    </w:p>
    <w:p w14:paraId="3B7D94CC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proofErr w:type="spellStart"/>
      <w:proofErr w:type="spellEnd"/>
      <w:r>
        <w:rPr>
          <w:lang w:eastAsia="ko-KR"/>
        </w:rPr>
        <w:t>6.  경배와 찬양 가운데 참석자들의 염려와 분주함이 내려놓아지고, 살아계신 하나님께 온 마음을 드리는 참된 예배자로 나아가게 하소서.</w:t>
      </w:r>
    </w:p>
    <w:p w14:paraId="3B7D94CC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proofErr w:type="spellStart"/>
      <w:proofErr w:type="spellEnd"/>
      <w:r>
        <w:rPr>
          <w:lang w:eastAsia="ko-KR"/>
        </w:rPr>
        <w:t>7.  개회식부터 모든 참석자와 섬기는 이들이 성령 안에서 한마음이 되게 하시고, 서로를 축복하며 하나님께서 행하실 새 일을 기대하는 믿음으로 컨퍼런스를 시작하게 하소서.</w:t>
      </w:r>
    </w:p>
    <w:p>
      <w:pPr>
        <w:spacing w:before="160" w:after="120"/>
      </w:pPr>
      <w:r>
        <w:rPr>
          <w:rFonts w:ascii="맑은 고딕" w:hAnsi="맑은 고딕" w:eastAsia="맑은 고딕"/>
          <w:b/>
          <w:sz w:val="20"/>
        </w:rPr>
        <w:t>* 컨퍼런스 참석자 명단을 보시고 한 분, 한 분 교회와 가정을 축복하며 중보해 주시기 바랍니다.</w:t>
      </w:r>
    </w:p>
    <w:p w14:paraId="5BC23604" w14:textId="77777777" w:rsidR="00851D0D" w:rsidRDefault="005B4856">
      <w:pPr>
        <w:pageBreakBefore/>
        <w:spacing w:after="80"/>
        <w:rPr>
          <w:lang w:eastAsia="ko-KR"/>
        </w:rPr>
      </w:pPr>
      <w:r>
        <w:rPr>
          <w:b/>
          <w:color w:val="B22222"/>
          <w:sz w:val="28"/>
          <w:lang w:eastAsia="ko-KR"/>
        </w:rPr>
        <w:lastRenderedPageBreak/>
        <w:t>10</w:t>
      </w:r>
      <w:r>
        <w:rPr>
          <w:b/>
          <w:color w:val="B22222"/>
          <w:sz w:val="28"/>
          <w:lang w:eastAsia="ko-KR"/>
        </w:rPr>
        <w:t>월</w:t>
      </w:r>
      <w:r>
        <w:rPr>
          <w:b/>
          <w:color w:val="B22222"/>
          <w:sz w:val="28"/>
          <w:lang w:eastAsia="ko-KR"/>
        </w:rPr>
        <w:t xml:space="preserve"> 12</w:t>
      </w:r>
      <w:r>
        <w:rPr>
          <w:b/>
          <w:color w:val="B22222"/>
          <w:sz w:val="28"/>
          <w:lang w:eastAsia="ko-KR"/>
        </w:rPr>
        <w:t>일</w:t>
      </w:r>
      <w:r>
        <w:rPr>
          <w:b/>
          <w:color w:val="B22222"/>
          <w:sz w:val="28"/>
          <w:lang w:eastAsia="ko-KR"/>
        </w:rPr>
        <w:t>(</w:t>
      </w:r>
      <w:r>
        <w:rPr>
          <w:b/>
          <w:color w:val="B22222"/>
          <w:sz w:val="28"/>
          <w:lang w:eastAsia="ko-KR"/>
        </w:rPr>
        <w:t>월</w:t>
      </w:r>
      <w:r>
        <w:rPr>
          <w:b/>
          <w:color w:val="B22222"/>
          <w:sz w:val="28"/>
          <w:lang w:eastAsia="ko-KR"/>
        </w:rPr>
        <w:t xml:space="preserve">)  </w:t>
      </w:r>
      <w:r>
        <w:rPr>
          <w:b/>
          <w:color w:val="B22222"/>
          <w:sz w:val="28"/>
          <w:lang w:eastAsia="ko-KR"/>
        </w:rPr>
        <w:t>오후</w:t>
      </w:r>
      <w:r>
        <w:rPr>
          <w:b/>
          <w:color w:val="B22222"/>
          <w:sz w:val="28"/>
          <w:lang w:eastAsia="ko-KR"/>
        </w:rPr>
        <w:t xml:space="preserve"> 3:30 ~ 6:00</w:t>
      </w:r>
    </w:p>
    <w:p w14:paraId="449F2479" w14:textId="77777777" w:rsidR="00851D0D" w:rsidRDefault="005B4856">
      <w:pPr>
        <w:spacing w:after="40"/>
        <w:rPr>
          <w:lang w:eastAsia="ko-KR"/>
        </w:rPr>
      </w:pPr>
      <w:r>
        <w:rPr>
          <w:b/>
          <w:color w:val="1B2A4A"/>
          <w:sz w:val="40"/>
          <w:lang w:eastAsia="ko-KR"/>
        </w:rPr>
        <w:t>건강한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교회를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위한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교회토양작업</w:t>
      </w:r>
    </w:p>
    <w:p w14:paraId="28471AD0" w14:textId="77777777" w:rsidR="00851D0D" w:rsidRDefault="005B4856">
      <w:pPr>
        <w:spacing w:after="200"/>
        <w:rPr>
          <w:lang w:eastAsia="ko-KR"/>
        </w:rPr>
      </w:pPr>
      <w:r>
        <w:rPr>
          <w:color w:val="555555"/>
          <w:sz w:val="25"/>
          <w:lang w:eastAsia="ko-KR"/>
        </w:rPr>
        <w:t>김형배</w:t>
      </w:r>
      <w:r>
        <w:rPr>
          <w:color w:val="555555"/>
          <w:sz w:val="25"/>
          <w:lang w:eastAsia="ko-KR"/>
        </w:rPr>
        <w:t xml:space="preserve"> </w:t>
      </w:r>
      <w:r>
        <w:rPr>
          <w:color w:val="555555"/>
          <w:sz w:val="25"/>
          <w:lang w:eastAsia="ko-KR"/>
        </w:rPr>
        <w:t>담임목사</w:t>
      </w:r>
    </w:p>
    <w:p w14:paraId="4ADC63C5" w14:textId="77777777" w:rsidR="00851D0D" w:rsidRDefault="005B4856">
      <w:pPr>
        <w:pBdr>
          <w:top w:val="single" w:sz="6" w:space="4" w:color="D4A537"/>
          <w:left w:val="single" w:sz="6" w:space="4" w:color="D4A537"/>
          <w:bottom w:val="single" w:sz="6" w:space="4" w:color="D4A537"/>
          <w:right w:val="single" w:sz="6" w:space="4" w:color="D4A537"/>
        </w:pBdr>
        <w:shd w:val="clear" w:color="auto" w:fill="F3EEDF"/>
        <w:spacing w:after="240"/>
        <w:jc w:val="both"/>
        <w:rPr>
          <w:lang w:eastAsia="ko-KR"/>
        </w:rPr>
      </w:pPr>
      <w:r>
        <w:rPr>
          <w:b/>
          <w:color w:val="B8860B"/>
          <w:lang w:eastAsia="ko-KR"/>
        </w:rPr>
        <w:t>[</w:t>
      </w:r>
      <w:r>
        <w:rPr>
          <w:b/>
          <w:color w:val="B8860B"/>
          <w:lang w:eastAsia="ko-KR"/>
        </w:rPr>
        <w:t>이</w:t>
      </w:r>
      <w:r>
        <w:rPr>
          <w:b/>
          <w:color w:val="B8860B"/>
          <w:lang w:eastAsia="ko-KR"/>
        </w:rPr>
        <w:t xml:space="preserve"> </w:t>
      </w:r>
      <w:r>
        <w:rPr>
          <w:b/>
          <w:color w:val="B8860B"/>
          <w:lang w:eastAsia="ko-KR"/>
        </w:rPr>
        <w:t>시간의</w:t>
      </w:r>
      <w:r>
        <w:rPr>
          <w:b/>
          <w:color w:val="B8860B"/>
          <w:lang w:eastAsia="ko-KR"/>
        </w:rPr>
        <w:t xml:space="preserve"> </w:t>
      </w:r>
      <w:r>
        <w:rPr>
          <w:b/>
          <w:color w:val="B8860B"/>
          <w:lang w:eastAsia="ko-KR"/>
        </w:rPr>
        <w:t>기도</w:t>
      </w:r>
      <w:r>
        <w:rPr>
          <w:b/>
          <w:color w:val="B8860B"/>
          <w:lang w:eastAsia="ko-KR"/>
        </w:rPr>
        <w:t xml:space="preserve">] </w:t>
      </w:r>
      <w:r>
        <w:rPr>
          <w:lang w:eastAsia="ko-KR"/>
        </w:rPr>
        <w:t>교회의</w:t>
      </w:r>
      <w:r>
        <w:rPr>
          <w:lang w:eastAsia="ko-KR"/>
        </w:rPr>
        <w:t xml:space="preserve"> </w:t>
      </w:r>
      <w:r>
        <w:rPr>
          <w:lang w:eastAsia="ko-KR"/>
        </w:rPr>
        <w:t>영적</w:t>
      </w:r>
      <w:r>
        <w:rPr>
          <w:lang w:eastAsia="ko-KR"/>
        </w:rPr>
        <w:t xml:space="preserve"> </w:t>
      </w:r>
      <w:r>
        <w:rPr>
          <w:lang w:eastAsia="ko-KR"/>
        </w:rPr>
        <w:t>토양을</w:t>
      </w:r>
      <w:r>
        <w:rPr>
          <w:lang w:eastAsia="ko-KR"/>
        </w:rPr>
        <w:t xml:space="preserve"> </w:t>
      </w:r>
      <w:r>
        <w:rPr>
          <w:lang w:eastAsia="ko-KR"/>
        </w:rPr>
        <w:t>진단하고</w:t>
      </w:r>
      <w:r>
        <w:rPr>
          <w:lang w:eastAsia="ko-KR"/>
        </w:rPr>
        <w:t xml:space="preserve"> </w:t>
      </w:r>
      <w:r>
        <w:rPr>
          <w:lang w:eastAsia="ko-KR"/>
        </w:rPr>
        <w:t>기경하는</w:t>
      </w:r>
      <w:r>
        <w:rPr>
          <w:lang w:eastAsia="ko-KR"/>
        </w:rPr>
        <w:t xml:space="preserve"> </w:t>
      </w:r>
      <w:r>
        <w:rPr>
          <w:lang w:eastAsia="ko-KR"/>
        </w:rPr>
        <w:t>핵심</w:t>
      </w:r>
      <w:r>
        <w:rPr>
          <w:lang w:eastAsia="ko-KR"/>
        </w:rPr>
        <w:t xml:space="preserve"> </w:t>
      </w:r>
      <w:r>
        <w:rPr>
          <w:lang w:eastAsia="ko-KR"/>
        </w:rPr>
        <w:t>강의입니다</w:t>
      </w:r>
      <w:r>
        <w:rPr>
          <w:lang w:eastAsia="ko-KR"/>
        </w:rPr>
        <w:t xml:space="preserve">. </w:t>
      </w:r>
      <w:r w:rsidRPr="002919A1">
        <w:rPr>
          <w:b/>
          <w:bCs/>
          <w:lang w:eastAsia="ko-KR"/>
        </w:rPr>
        <w:t>말씀이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심령을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찌르고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쪼개어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옥토가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되도록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주세요</w:t>
      </w:r>
      <w:r>
        <w:rPr>
          <w:lang w:eastAsia="ko-KR"/>
        </w:rPr>
        <w:t>.</w:t>
      </w:r>
    </w:p>
    <w:p w14:paraId="03EC5DFA" w14:textId="77777777" w:rsidR="00851D0D" w:rsidRDefault="005B4856">
      <w:pPr>
        <w:spacing w:after="200"/>
        <w:jc w:val="center"/>
        <w:rPr>
          <w:lang w:eastAsia="ko-KR"/>
        </w:rPr>
      </w:pPr>
      <w:r>
        <w:rPr>
          <w:b/>
          <w:color w:val="B22222"/>
          <w:sz w:val="28"/>
          <w:lang w:eastAsia="ko-KR"/>
        </w:rPr>
        <w:t xml:space="preserve">◈ </w:t>
      </w:r>
      <w:r>
        <w:rPr>
          <w:b/>
          <w:color w:val="B22222"/>
          <w:sz w:val="28"/>
          <w:lang w:eastAsia="ko-KR"/>
        </w:rPr>
        <w:t>중보기도</w:t>
      </w:r>
      <w:r>
        <w:rPr>
          <w:b/>
          <w:color w:val="B22222"/>
          <w:sz w:val="28"/>
          <w:lang w:eastAsia="ko-KR"/>
        </w:rPr>
        <w:t xml:space="preserve"> </w:t>
      </w:r>
      <w:r>
        <w:rPr>
          <w:b/>
          <w:color w:val="B22222"/>
          <w:sz w:val="28"/>
          <w:lang w:eastAsia="ko-KR"/>
        </w:rPr>
        <w:t>제목</w:t>
      </w:r>
      <w:r>
        <w:rPr>
          <w:b/>
          <w:color w:val="B22222"/>
          <w:sz w:val="28"/>
          <w:lang w:eastAsia="ko-KR"/>
        </w:rPr>
        <w:t xml:space="preserve"> ◈</w:t>
      </w:r>
    </w:p>
    <w:p w14:paraId="1DDDF865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>1.  ‘</w:t>
      </w:r>
      <w:r>
        <w:rPr>
          <w:lang w:eastAsia="ko-KR"/>
        </w:rPr>
        <w:t>건강한</w:t>
      </w:r>
      <w:r>
        <w:rPr>
          <w:lang w:eastAsia="ko-KR"/>
        </w:rPr>
        <w:t xml:space="preserve"> </w:t>
      </w:r>
      <w:r>
        <w:rPr>
          <w:lang w:eastAsia="ko-KR"/>
        </w:rPr>
        <w:t>교회를</w:t>
      </w:r>
      <w:r>
        <w:rPr>
          <w:lang w:eastAsia="ko-KR"/>
        </w:rPr>
        <w:t xml:space="preserve"> </w:t>
      </w:r>
      <w:r>
        <w:rPr>
          <w:lang w:eastAsia="ko-KR"/>
        </w:rPr>
        <w:t>위한</w:t>
      </w:r>
      <w:r>
        <w:rPr>
          <w:lang w:eastAsia="ko-KR"/>
        </w:rPr>
        <w:t xml:space="preserve"> </w:t>
      </w:r>
      <w:r>
        <w:rPr>
          <w:lang w:eastAsia="ko-KR"/>
        </w:rPr>
        <w:t>토양작업</w:t>
      </w:r>
      <w:r>
        <w:rPr>
          <w:lang w:eastAsia="ko-KR"/>
        </w:rPr>
        <w:t xml:space="preserve">’ </w:t>
      </w:r>
      <w:r>
        <w:rPr>
          <w:lang w:eastAsia="ko-KR"/>
        </w:rPr>
        <w:t>강의를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 </w:t>
      </w:r>
      <w:r>
        <w:rPr>
          <w:lang w:eastAsia="ko-KR"/>
        </w:rPr>
        <w:t>각</w:t>
      </w:r>
      <w:r>
        <w:rPr>
          <w:lang w:eastAsia="ko-KR"/>
        </w:rPr>
        <w:t xml:space="preserve"> </w:t>
      </w:r>
      <w:r>
        <w:rPr>
          <w:lang w:eastAsia="ko-KR"/>
        </w:rPr>
        <w:t>교회의</w:t>
      </w:r>
      <w:r>
        <w:rPr>
          <w:lang w:eastAsia="ko-KR"/>
        </w:rPr>
        <w:t xml:space="preserve"> </w:t>
      </w:r>
      <w:r>
        <w:rPr>
          <w:lang w:eastAsia="ko-KR"/>
        </w:rPr>
        <w:t>영적</w:t>
      </w:r>
      <w:r>
        <w:rPr>
          <w:lang w:eastAsia="ko-KR"/>
        </w:rPr>
        <w:t xml:space="preserve"> </w:t>
      </w:r>
      <w:r>
        <w:rPr>
          <w:lang w:eastAsia="ko-KR"/>
        </w:rPr>
        <w:t>상태를</w:t>
      </w:r>
      <w:r>
        <w:rPr>
          <w:lang w:eastAsia="ko-KR"/>
        </w:rPr>
        <w:t xml:space="preserve"> </w:t>
      </w:r>
      <w:r>
        <w:rPr>
          <w:lang w:eastAsia="ko-KR"/>
        </w:rPr>
        <w:t>진단할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진리의</w:t>
      </w:r>
      <w:r>
        <w:rPr>
          <w:lang w:eastAsia="ko-KR"/>
        </w:rPr>
        <w:t xml:space="preserve"> </w:t>
      </w:r>
      <w:r>
        <w:rPr>
          <w:lang w:eastAsia="ko-KR"/>
        </w:rPr>
        <w:t>말씀이</w:t>
      </w:r>
      <w:r>
        <w:rPr>
          <w:lang w:eastAsia="ko-KR"/>
        </w:rPr>
        <w:t xml:space="preserve"> </w:t>
      </w:r>
      <w:r>
        <w:rPr>
          <w:lang w:eastAsia="ko-KR"/>
        </w:rPr>
        <w:t>심령을</w:t>
      </w:r>
      <w:r>
        <w:rPr>
          <w:lang w:eastAsia="ko-KR"/>
        </w:rPr>
        <w:t xml:space="preserve"> </w:t>
      </w:r>
      <w:r>
        <w:rPr>
          <w:lang w:eastAsia="ko-KR"/>
        </w:rPr>
        <w:t>찌르고</w:t>
      </w:r>
      <w:r>
        <w:rPr>
          <w:lang w:eastAsia="ko-KR"/>
        </w:rPr>
        <w:t xml:space="preserve"> </w:t>
      </w:r>
      <w:r>
        <w:rPr>
          <w:lang w:eastAsia="ko-KR"/>
        </w:rPr>
        <w:t>쪼개어</w:t>
      </w:r>
      <w:r>
        <w:rPr>
          <w:lang w:eastAsia="ko-KR"/>
        </w:rPr>
        <w:t xml:space="preserve"> </w:t>
      </w:r>
      <w:r>
        <w:rPr>
          <w:lang w:eastAsia="ko-KR"/>
        </w:rPr>
        <w:t>교회를</w:t>
      </w:r>
      <w:r>
        <w:rPr>
          <w:lang w:eastAsia="ko-KR"/>
        </w:rPr>
        <w:t xml:space="preserve"> </w:t>
      </w:r>
      <w:r>
        <w:rPr>
          <w:lang w:eastAsia="ko-KR"/>
        </w:rPr>
        <w:t>옥토로</w:t>
      </w:r>
      <w:r>
        <w:rPr>
          <w:lang w:eastAsia="ko-KR"/>
        </w:rPr>
        <w:t xml:space="preserve"> </w:t>
      </w:r>
      <w:r>
        <w:rPr>
          <w:lang w:eastAsia="ko-KR"/>
        </w:rPr>
        <w:t>기경하는</w:t>
      </w:r>
      <w:r>
        <w:rPr>
          <w:lang w:eastAsia="ko-KR"/>
        </w:rPr>
        <w:t xml:space="preserve"> </w:t>
      </w:r>
      <w:r>
        <w:rPr>
          <w:lang w:eastAsia="ko-KR"/>
        </w:rPr>
        <w:t>지혜가</w:t>
      </w:r>
      <w:r>
        <w:rPr>
          <w:lang w:eastAsia="ko-KR"/>
        </w:rPr>
        <w:t xml:space="preserve"> </w:t>
      </w:r>
      <w:r>
        <w:rPr>
          <w:lang w:eastAsia="ko-KR"/>
        </w:rPr>
        <w:t>선포되게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678EF37C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2. 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시간이</w:t>
      </w:r>
      <w:r>
        <w:rPr>
          <w:lang w:eastAsia="ko-KR"/>
        </w:rPr>
        <w:t xml:space="preserve"> </w:t>
      </w:r>
      <w:r>
        <w:rPr>
          <w:lang w:eastAsia="ko-KR"/>
        </w:rPr>
        <w:t>각</w:t>
      </w:r>
      <w:r>
        <w:rPr>
          <w:lang w:eastAsia="ko-KR"/>
        </w:rPr>
        <w:t xml:space="preserve"> </w:t>
      </w:r>
      <w:r>
        <w:rPr>
          <w:lang w:eastAsia="ko-KR"/>
        </w:rPr>
        <w:t>교회의</w:t>
      </w:r>
      <w:r>
        <w:rPr>
          <w:lang w:eastAsia="ko-KR"/>
        </w:rPr>
        <w:t xml:space="preserve"> </w:t>
      </w:r>
      <w:r>
        <w:rPr>
          <w:lang w:eastAsia="ko-KR"/>
        </w:rPr>
        <w:t>미래를</w:t>
      </w:r>
      <w:r>
        <w:rPr>
          <w:lang w:eastAsia="ko-KR"/>
        </w:rPr>
        <w:t xml:space="preserve"> </w:t>
      </w:r>
      <w:r>
        <w:rPr>
          <w:lang w:eastAsia="ko-KR"/>
        </w:rPr>
        <w:t>여는</w:t>
      </w:r>
      <w:r>
        <w:rPr>
          <w:lang w:eastAsia="ko-KR"/>
        </w:rPr>
        <w:t xml:space="preserve"> </w:t>
      </w:r>
      <w:r>
        <w:rPr>
          <w:lang w:eastAsia="ko-KR"/>
        </w:rPr>
        <w:t>영적</w:t>
      </w:r>
      <w:r>
        <w:rPr>
          <w:lang w:eastAsia="ko-KR"/>
        </w:rPr>
        <w:t xml:space="preserve"> </w:t>
      </w:r>
      <w:r>
        <w:rPr>
          <w:lang w:eastAsia="ko-KR"/>
        </w:rPr>
        <w:t>전환점이</w:t>
      </w:r>
      <w:r>
        <w:rPr>
          <w:lang w:eastAsia="ko-KR"/>
        </w:rPr>
        <w:t xml:space="preserve"> </w:t>
      </w:r>
      <w:r>
        <w:rPr>
          <w:lang w:eastAsia="ko-KR"/>
        </w:rPr>
        <w:t>되게</w:t>
      </w:r>
      <w:r>
        <w:rPr>
          <w:lang w:eastAsia="ko-KR"/>
        </w:rPr>
        <w:t xml:space="preserve"> </w:t>
      </w:r>
      <w:r>
        <w:rPr>
          <w:lang w:eastAsia="ko-KR"/>
        </w:rPr>
        <w:t>하시고</w:t>
      </w:r>
      <w:r>
        <w:rPr>
          <w:lang w:eastAsia="ko-KR"/>
        </w:rPr>
        <w:t xml:space="preserve">, </w:t>
      </w:r>
      <w:r>
        <w:rPr>
          <w:lang w:eastAsia="ko-KR"/>
        </w:rPr>
        <w:t>우리의</w:t>
      </w:r>
      <w:r>
        <w:rPr>
          <w:lang w:eastAsia="ko-KR"/>
        </w:rPr>
        <w:t xml:space="preserve"> </w:t>
      </w:r>
      <w:r>
        <w:rPr>
          <w:lang w:eastAsia="ko-KR"/>
        </w:rPr>
        <w:t>계획이</w:t>
      </w:r>
      <w:r>
        <w:rPr>
          <w:lang w:eastAsia="ko-KR"/>
        </w:rPr>
        <w:t xml:space="preserve"> </w:t>
      </w:r>
      <w:r>
        <w:rPr>
          <w:lang w:eastAsia="ko-KR"/>
        </w:rPr>
        <w:t>아닌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지시하심을</w:t>
      </w:r>
      <w:r>
        <w:rPr>
          <w:lang w:eastAsia="ko-KR"/>
        </w:rPr>
        <w:t xml:space="preserve"> </w:t>
      </w:r>
      <w:r>
        <w:rPr>
          <w:lang w:eastAsia="ko-KR"/>
        </w:rPr>
        <w:t>받는</w:t>
      </w:r>
      <w:r>
        <w:rPr>
          <w:lang w:eastAsia="ko-KR"/>
        </w:rPr>
        <w:t xml:space="preserve"> </w:t>
      </w:r>
      <w:r>
        <w:rPr>
          <w:lang w:eastAsia="ko-KR"/>
        </w:rPr>
        <w:t>은혜의</w:t>
      </w:r>
      <w:r>
        <w:rPr>
          <w:lang w:eastAsia="ko-KR"/>
        </w:rPr>
        <w:t xml:space="preserve"> </w:t>
      </w:r>
      <w:r>
        <w:rPr>
          <w:lang w:eastAsia="ko-KR"/>
        </w:rPr>
        <w:t>자리가</w:t>
      </w:r>
      <w:r>
        <w:rPr>
          <w:lang w:eastAsia="ko-KR"/>
        </w:rPr>
        <w:t xml:space="preserve"> </w:t>
      </w:r>
      <w:r>
        <w:rPr>
          <w:lang w:eastAsia="ko-KR"/>
        </w:rPr>
        <w:t>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721FD01C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3.  </w:t>
      </w:r>
      <w:r>
        <w:rPr>
          <w:lang w:eastAsia="ko-KR"/>
        </w:rPr>
        <w:t>숫자적</w:t>
      </w:r>
      <w:r>
        <w:rPr>
          <w:lang w:eastAsia="ko-KR"/>
        </w:rPr>
        <w:t xml:space="preserve">, </w:t>
      </w:r>
      <w:r>
        <w:rPr>
          <w:lang w:eastAsia="ko-KR"/>
        </w:rPr>
        <w:t>영적</w:t>
      </w:r>
      <w:r>
        <w:rPr>
          <w:lang w:eastAsia="ko-KR"/>
        </w:rPr>
        <w:t xml:space="preserve"> </w:t>
      </w:r>
      <w:r>
        <w:rPr>
          <w:lang w:eastAsia="ko-KR"/>
        </w:rPr>
        <w:t>성장의</w:t>
      </w:r>
      <w:r>
        <w:rPr>
          <w:lang w:eastAsia="ko-KR"/>
        </w:rPr>
        <w:t xml:space="preserve"> </w:t>
      </w:r>
      <w:r>
        <w:rPr>
          <w:lang w:eastAsia="ko-KR"/>
        </w:rPr>
        <w:t>정체기</w:t>
      </w:r>
      <w:r>
        <w:rPr>
          <w:lang w:eastAsia="ko-KR"/>
        </w:rPr>
        <w:t>(20, 40, 100, 450, 700)</w:t>
      </w:r>
      <w:r>
        <w:rPr>
          <w:lang w:eastAsia="ko-KR"/>
        </w:rPr>
        <w:t>에</w:t>
      </w:r>
      <w:r>
        <w:rPr>
          <w:lang w:eastAsia="ko-KR"/>
        </w:rPr>
        <w:t xml:space="preserve"> </w:t>
      </w:r>
      <w:r>
        <w:rPr>
          <w:lang w:eastAsia="ko-KR"/>
        </w:rPr>
        <w:t>머물러</w:t>
      </w:r>
      <w:r>
        <w:rPr>
          <w:lang w:eastAsia="ko-KR"/>
        </w:rPr>
        <w:t xml:space="preserve"> </w:t>
      </w:r>
      <w:r>
        <w:rPr>
          <w:lang w:eastAsia="ko-KR"/>
        </w:rPr>
        <w:t>고민하는</w:t>
      </w:r>
      <w:r>
        <w:rPr>
          <w:lang w:eastAsia="ko-KR"/>
        </w:rPr>
        <w:t xml:space="preserve"> </w:t>
      </w:r>
      <w:r>
        <w:rPr>
          <w:lang w:eastAsia="ko-KR"/>
        </w:rPr>
        <w:t>교회들이</w:t>
      </w:r>
      <w:r>
        <w:rPr>
          <w:lang w:eastAsia="ko-KR"/>
        </w:rPr>
        <w:t xml:space="preserve">, </w:t>
      </w:r>
      <w:r>
        <w:rPr>
          <w:lang w:eastAsia="ko-KR"/>
        </w:rPr>
        <w:t>이번</w:t>
      </w:r>
      <w:r>
        <w:rPr>
          <w:lang w:eastAsia="ko-KR"/>
        </w:rPr>
        <w:t xml:space="preserve"> </w:t>
      </w:r>
      <w:r>
        <w:rPr>
          <w:lang w:eastAsia="ko-KR"/>
        </w:rPr>
        <w:t>기회를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권능으로</w:t>
      </w:r>
      <w:r>
        <w:rPr>
          <w:lang w:eastAsia="ko-KR"/>
        </w:rPr>
        <w:t xml:space="preserve">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장벽을</w:t>
      </w:r>
      <w:r>
        <w:rPr>
          <w:lang w:eastAsia="ko-KR"/>
        </w:rPr>
        <w:t xml:space="preserve"> </w:t>
      </w:r>
      <w:r>
        <w:rPr>
          <w:lang w:eastAsia="ko-KR"/>
        </w:rPr>
        <w:t>돌파하는</w:t>
      </w:r>
      <w:r>
        <w:rPr>
          <w:lang w:eastAsia="ko-KR"/>
        </w:rPr>
        <w:t xml:space="preserve"> </w:t>
      </w:r>
      <w:r>
        <w:rPr>
          <w:lang w:eastAsia="ko-KR"/>
        </w:rPr>
        <w:t>기적의</w:t>
      </w:r>
      <w:r>
        <w:rPr>
          <w:lang w:eastAsia="ko-KR"/>
        </w:rPr>
        <w:t xml:space="preserve"> </w:t>
      </w:r>
      <w:r>
        <w:rPr>
          <w:lang w:eastAsia="ko-KR"/>
        </w:rPr>
        <w:t>부흥을</w:t>
      </w:r>
      <w:r>
        <w:rPr>
          <w:lang w:eastAsia="ko-KR"/>
        </w:rPr>
        <w:t xml:space="preserve"> </w:t>
      </w:r>
      <w:r>
        <w:rPr>
          <w:lang w:eastAsia="ko-KR"/>
        </w:rPr>
        <w:t>맛보게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497FA9DF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lastRenderedPageBreak/>
        <w:t xml:space="preserve">4.  </w:t>
      </w:r>
      <w:r>
        <w:rPr>
          <w:lang w:eastAsia="ko-KR"/>
        </w:rPr>
        <w:t>참석한</w:t>
      </w:r>
      <w:r>
        <w:rPr>
          <w:lang w:eastAsia="ko-KR"/>
        </w:rPr>
        <w:t xml:space="preserve"> </w:t>
      </w:r>
      <w:r>
        <w:rPr>
          <w:lang w:eastAsia="ko-KR"/>
        </w:rPr>
        <w:t>목회자들이</w:t>
      </w:r>
      <w:r>
        <w:rPr>
          <w:lang w:eastAsia="ko-KR"/>
        </w:rPr>
        <w:t xml:space="preserve"> </w:t>
      </w:r>
      <w:r>
        <w:rPr>
          <w:lang w:eastAsia="ko-KR"/>
        </w:rPr>
        <w:t>현장으로</w:t>
      </w:r>
      <w:r>
        <w:rPr>
          <w:lang w:eastAsia="ko-KR"/>
        </w:rPr>
        <w:t xml:space="preserve"> </w:t>
      </w:r>
      <w:r>
        <w:rPr>
          <w:lang w:eastAsia="ko-KR"/>
        </w:rPr>
        <w:t>돌아가</w:t>
      </w:r>
      <w:r>
        <w:rPr>
          <w:lang w:eastAsia="ko-KR"/>
        </w:rPr>
        <w:t xml:space="preserve"> </w:t>
      </w:r>
      <w:r>
        <w:rPr>
          <w:lang w:eastAsia="ko-KR"/>
        </w:rPr>
        <w:t>배운</w:t>
      </w:r>
      <w:r>
        <w:rPr>
          <w:lang w:eastAsia="ko-KR"/>
        </w:rPr>
        <w:t xml:space="preserve"> </w:t>
      </w:r>
      <w:r>
        <w:rPr>
          <w:lang w:eastAsia="ko-KR"/>
        </w:rPr>
        <w:t>대로</w:t>
      </w:r>
      <w:r>
        <w:rPr>
          <w:lang w:eastAsia="ko-KR"/>
        </w:rPr>
        <w:t xml:space="preserve"> </w:t>
      </w:r>
      <w:r>
        <w:rPr>
          <w:lang w:eastAsia="ko-KR"/>
        </w:rPr>
        <w:t>영적</w:t>
      </w:r>
      <w:r>
        <w:rPr>
          <w:lang w:eastAsia="ko-KR"/>
        </w:rPr>
        <w:t xml:space="preserve"> </w:t>
      </w:r>
      <w:r>
        <w:rPr>
          <w:lang w:eastAsia="ko-KR"/>
        </w:rPr>
        <w:t>토양</w:t>
      </w:r>
      <w:r>
        <w:rPr>
          <w:lang w:eastAsia="ko-KR"/>
        </w:rPr>
        <w:t xml:space="preserve"> </w:t>
      </w:r>
      <w:r>
        <w:rPr>
          <w:lang w:eastAsia="ko-KR"/>
        </w:rPr>
        <w:t>작업을</w:t>
      </w:r>
      <w:r>
        <w:rPr>
          <w:lang w:eastAsia="ko-KR"/>
        </w:rPr>
        <w:t xml:space="preserve"> </w:t>
      </w:r>
      <w:r>
        <w:rPr>
          <w:lang w:eastAsia="ko-KR"/>
        </w:rPr>
        <w:t>이룰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, </w:t>
      </w:r>
      <w:r>
        <w:rPr>
          <w:lang w:eastAsia="ko-KR"/>
        </w:rPr>
        <w:t>그곳에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살아</w:t>
      </w:r>
      <w:r>
        <w:rPr>
          <w:lang w:eastAsia="ko-KR"/>
        </w:rPr>
        <w:t xml:space="preserve"> </w:t>
      </w:r>
      <w:r>
        <w:rPr>
          <w:lang w:eastAsia="ko-KR"/>
        </w:rPr>
        <w:t>역사하시는</w:t>
      </w:r>
      <w:r>
        <w:rPr>
          <w:lang w:eastAsia="ko-KR"/>
        </w:rPr>
        <w:t xml:space="preserve"> </w:t>
      </w:r>
      <w:r>
        <w:rPr>
          <w:lang w:eastAsia="ko-KR"/>
        </w:rPr>
        <w:t>하나님으로</w:t>
      </w:r>
      <w:r>
        <w:rPr>
          <w:lang w:eastAsia="ko-KR"/>
        </w:rPr>
        <w:t xml:space="preserve"> </w:t>
      </w:r>
      <w:r>
        <w:rPr>
          <w:lang w:eastAsia="ko-KR"/>
        </w:rPr>
        <w:t>인하여</w:t>
      </w:r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시련에도</w:t>
      </w:r>
      <w:r>
        <w:rPr>
          <w:lang w:eastAsia="ko-KR"/>
        </w:rPr>
        <w:t xml:space="preserve"> </w:t>
      </w:r>
      <w:r>
        <w:rPr>
          <w:lang w:eastAsia="ko-KR"/>
        </w:rPr>
        <w:t>흔들리지</w:t>
      </w:r>
      <w:r>
        <w:rPr>
          <w:lang w:eastAsia="ko-KR"/>
        </w:rPr>
        <w:t xml:space="preserve"> </w:t>
      </w:r>
      <w:r>
        <w:rPr>
          <w:lang w:eastAsia="ko-KR"/>
        </w:rPr>
        <w:t>않는</w:t>
      </w:r>
      <w:r>
        <w:rPr>
          <w:lang w:eastAsia="ko-KR"/>
        </w:rPr>
        <w:t xml:space="preserve"> </w:t>
      </w:r>
      <w:r>
        <w:rPr>
          <w:lang w:eastAsia="ko-KR"/>
        </w:rPr>
        <w:t>튼튼한</w:t>
      </w:r>
      <w:r>
        <w:rPr>
          <w:lang w:eastAsia="ko-KR"/>
        </w:rPr>
        <w:t xml:space="preserve"> </w:t>
      </w:r>
      <w:r>
        <w:rPr>
          <w:lang w:eastAsia="ko-KR"/>
        </w:rPr>
        <w:t>교회가</w:t>
      </w:r>
      <w:r>
        <w:rPr>
          <w:lang w:eastAsia="ko-KR"/>
        </w:rPr>
        <w:t xml:space="preserve"> </w:t>
      </w:r>
      <w:r>
        <w:rPr>
          <w:lang w:eastAsia="ko-KR"/>
        </w:rPr>
        <w:t>세워지게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41A4B8D6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5.  </w:t>
      </w:r>
      <w:r>
        <w:rPr>
          <w:lang w:eastAsia="ko-KR"/>
        </w:rPr>
        <w:t>치열한</w:t>
      </w:r>
      <w:r>
        <w:rPr>
          <w:lang w:eastAsia="ko-KR"/>
        </w:rPr>
        <w:t xml:space="preserve"> </w:t>
      </w:r>
      <w:r>
        <w:rPr>
          <w:lang w:eastAsia="ko-KR"/>
        </w:rPr>
        <w:t>목회</w:t>
      </w:r>
      <w:r>
        <w:rPr>
          <w:lang w:eastAsia="ko-KR"/>
        </w:rPr>
        <w:t xml:space="preserve"> </w:t>
      </w:r>
      <w:r>
        <w:rPr>
          <w:lang w:eastAsia="ko-KR"/>
        </w:rPr>
        <w:t>현장에서</w:t>
      </w:r>
      <w:r>
        <w:rPr>
          <w:lang w:eastAsia="ko-KR"/>
        </w:rPr>
        <w:t xml:space="preserve"> </w:t>
      </w:r>
      <w:r>
        <w:rPr>
          <w:lang w:eastAsia="ko-KR"/>
        </w:rPr>
        <w:t>지치고</w:t>
      </w:r>
      <w:r>
        <w:rPr>
          <w:lang w:eastAsia="ko-KR"/>
        </w:rPr>
        <w:t xml:space="preserve"> </w:t>
      </w:r>
      <w:r>
        <w:rPr>
          <w:lang w:eastAsia="ko-KR"/>
        </w:rPr>
        <w:t>상한</w:t>
      </w:r>
      <w:r>
        <w:rPr>
          <w:lang w:eastAsia="ko-KR"/>
        </w:rPr>
        <w:t xml:space="preserve"> </w:t>
      </w:r>
      <w:r>
        <w:rPr>
          <w:lang w:eastAsia="ko-KR"/>
        </w:rPr>
        <w:t>목회자</w:t>
      </w:r>
      <w:r>
        <w:rPr>
          <w:lang w:eastAsia="ko-KR"/>
        </w:rPr>
        <w:t xml:space="preserve"> </w:t>
      </w:r>
      <w:r>
        <w:rPr>
          <w:lang w:eastAsia="ko-KR"/>
        </w:rPr>
        <w:t>부부들이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따뜻한</w:t>
      </w:r>
      <w:r>
        <w:rPr>
          <w:lang w:eastAsia="ko-KR"/>
        </w:rPr>
        <w:t xml:space="preserve"> </w:t>
      </w:r>
      <w:r>
        <w:rPr>
          <w:lang w:eastAsia="ko-KR"/>
        </w:rPr>
        <w:t>품과</w:t>
      </w:r>
      <w:r>
        <w:rPr>
          <w:lang w:eastAsia="ko-KR"/>
        </w:rPr>
        <w:t xml:space="preserve"> </w:t>
      </w:r>
      <w:r>
        <w:rPr>
          <w:lang w:eastAsia="ko-KR"/>
        </w:rPr>
        <w:t>임재에</w:t>
      </w:r>
      <w:r>
        <w:rPr>
          <w:lang w:eastAsia="ko-KR"/>
        </w:rPr>
        <w:t xml:space="preserve"> </w:t>
      </w:r>
      <w:r>
        <w:rPr>
          <w:lang w:eastAsia="ko-KR"/>
        </w:rPr>
        <w:t>압도되어</w:t>
      </w:r>
      <w:r>
        <w:rPr>
          <w:lang w:eastAsia="ko-KR"/>
        </w:rPr>
        <w:t xml:space="preserve"> </w:t>
      </w:r>
      <w:r>
        <w:rPr>
          <w:lang w:eastAsia="ko-KR"/>
        </w:rPr>
        <w:t>참된</w:t>
      </w:r>
      <w:r>
        <w:rPr>
          <w:lang w:eastAsia="ko-KR"/>
        </w:rPr>
        <w:t xml:space="preserve"> </w:t>
      </w:r>
      <w:r>
        <w:rPr>
          <w:lang w:eastAsia="ko-KR"/>
        </w:rPr>
        <w:t>쉼을</w:t>
      </w:r>
      <w:r>
        <w:rPr>
          <w:lang w:eastAsia="ko-KR"/>
        </w:rPr>
        <w:t xml:space="preserve"> </w:t>
      </w:r>
      <w:r>
        <w:rPr>
          <w:lang w:eastAsia="ko-KR"/>
        </w:rPr>
        <w:t>얻고</w:t>
      </w:r>
      <w:r>
        <w:rPr>
          <w:lang w:eastAsia="ko-KR"/>
        </w:rPr>
        <w:t xml:space="preserve"> </w:t>
      </w:r>
      <w:r>
        <w:rPr>
          <w:lang w:eastAsia="ko-KR"/>
        </w:rPr>
        <w:t>꺼져가던</w:t>
      </w:r>
      <w:r>
        <w:rPr>
          <w:lang w:eastAsia="ko-KR"/>
        </w:rPr>
        <w:t xml:space="preserve"> </w:t>
      </w:r>
      <w:r>
        <w:rPr>
          <w:lang w:eastAsia="ko-KR"/>
        </w:rPr>
        <w:t>소명이</w:t>
      </w:r>
      <w:r>
        <w:rPr>
          <w:lang w:eastAsia="ko-KR"/>
        </w:rPr>
        <w:t xml:space="preserve"> </w:t>
      </w:r>
      <w:r>
        <w:rPr>
          <w:lang w:eastAsia="ko-KR"/>
        </w:rPr>
        <w:t>다시</w:t>
      </w:r>
      <w:r>
        <w:rPr>
          <w:lang w:eastAsia="ko-KR"/>
        </w:rPr>
        <w:t xml:space="preserve"> </w:t>
      </w:r>
      <w:r>
        <w:rPr>
          <w:lang w:eastAsia="ko-KR"/>
        </w:rPr>
        <w:t>불타오르게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41A4B8D6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proofErr w:type="spellStart"/>
      <w:proofErr w:type="spellEnd"/>
      <w:r>
        <w:rPr>
          <w:lang w:eastAsia="ko-KR"/>
        </w:rPr>
        <w:t>6.  각 교회의 영적 토양을 굳게 만든 무관심과 형식적인 신앙, 관계의 갈등을 말씀 앞에서 정직하게 돌아보게 하시고, 회개와 용서로 복음의 씨앗을 받아들이는 옥토가 되게 하소서.</w:t>
      </w:r>
    </w:p>
    <w:p w14:paraId="41A4B8D6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proofErr w:type="spellStart"/>
      <w:proofErr w:type="spellEnd"/>
      <w:r>
        <w:rPr>
          <w:lang w:eastAsia="ko-KR"/>
        </w:rPr>
        <w:t>7.  교회마다 말씀과 기도, 사랑의 돌봄이라는 건강한 기초가 다시 세워지게 하시고, 목회자와 성도가 함께 한 영혼을 귀히 여기며 제자를 세우는 열매를 맺게 하소서.</w:t>
      </w:r>
    </w:p>
    <w:p>
      <w:pPr>
        <w:spacing w:before="160" w:after="120"/>
      </w:pPr>
      <w:r>
        <w:rPr>
          <w:rFonts w:ascii="맑은 고딕" w:hAnsi="맑은 고딕" w:eastAsia="맑은 고딕"/>
          <w:b/>
          <w:sz w:val="20"/>
        </w:rPr>
        <w:t>* 컨퍼런스 참석자 명단을 보시고 한 분, 한 분 교회와 가정을 축복하며 중보해 주시기 바랍니다.</w:t>
      </w:r>
    </w:p>
    <w:p w14:paraId="6753C800" w14:textId="77777777" w:rsidR="00851D0D" w:rsidRDefault="005B4856">
      <w:pPr>
        <w:pageBreakBefore/>
        <w:spacing w:after="80"/>
        <w:rPr>
          <w:lang w:eastAsia="ko-KR"/>
        </w:rPr>
      </w:pPr>
      <w:r>
        <w:rPr>
          <w:b/>
          <w:color w:val="B22222"/>
          <w:sz w:val="28"/>
          <w:lang w:eastAsia="ko-KR"/>
        </w:rPr>
        <w:lastRenderedPageBreak/>
        <w:t>10</w:t>
      </w:r>
      <w:r>
        <w:rPr>
          <w:b/>
          <w:color w:val="B22222"/>
          <w:sz w:val="28"/>
          <w:lang w:eastAsia="ko-KR"/>
        </w:rPr>
        <w:t>월</w:t>
      </w:r>
      <w:r>
        <w:rPr>
          <w:b/>
          <w:color w:val="B22222"/>
          <w:sz w:val="28"/>
          <w:lang w:eastAsia="ko-KR"/>
        </w:rPr>
        <w:t xml:space="preserve"> 12</w:t>
      </w:r>
      <w:r>
        <w:rPr>
          <w:b/>
          <w:color w:val="B22222"/>
          <w:sz w:val="28"/>
          <w:lang w:eastAsia="ko-KR"/>
        </w:rPr>
        <w:t>일</w:t>
      </w:r>
      <w:r>
        <w:rPr>
          <w:b/>
          <w:color w:val="B22222"/>
          <w:sz w:val="28"/>
          <w:lang w:eastAsia="ko-KR"/>
        </w:rPr>
        <w:t>(</w:t>
      </w:r>
      <w:r>
        <w:rPr>
          <w:b/>
          <w:color w:val="B22222"/>
          <w:sz w:val="28"/>
          <w:lang w:eastAsia="ko-KR"/>
        </w:rPr>
        <w:t>월</w:t>
      </w:r>
      <w:r>
        <w:rPr>
          <w:b/>
          <w:color w:val="B22222"/>
          <w:sz w:val="28"/>
          <w:lang w:eastAsia="ko-KR"/>
        </w:rPr>
        <w:t xml:space="preserve">)  </w:t>
      </w:r>
      <w:r>
        <w:rPr>
          <w:b/>
          <w:color w:val="B22222"/>
          <w:sz w:val="28"/>
          <w:lang w:eastAsia="ko-KR"/>
        </w:rPr>
        <w:t>오후</w:t>
      </w:r>
      <w:r>
        <w:rPr>
          <w:b/>
          <w:color w:val="B22222"/>
          <w:sz w:val="28"/>
          <w:lang w:eastAsia="ko-KR"/>
        </w:rPr>
        <w:t xml:space="preserve"> 7:30 ~ 9:00</w:t>
      </w:r>
    </w:p>
    <w:p w14:paraId="0D63856A" w14:textId="534FD4C1" w:rsidR="00851D0D" w:rsidRDefault="005B4856" w:rsidP="002919A1">
      <w:pPr>
        <w:spacing w:after="40"/>
        <w:rPr>
          <w:lang w:eastAsia="ko-KR"/>
        </w:rPr>
      </w:pPr>
      <w:proofErr w:type="spellStart"/>
      <w:r>
        <w:rPr>
          <w:b/>
          <w:color w:val="1B2A4A"/>
          <w:sz w:val="40"/>
          <w:lang w:eastAsia="ko-KR"/>
        </w:rPr>
        <w:t>응답받는</w:t>
      </w:r>
      <w:proofErr w:type="spellEnd"/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기도원리</w:t>
      </w:r>
      <w:r w:rsidR="002919A1">
        <w:rPr>
          <w:rFonts w:hint="eastAsia"/>
          <w:b/>
          <w:color w:val="1B2A4A"/>
          <w:sz w:val="40"/>
          <w:lang w:eastAsia="ko-KR"/>
        </w:rPr>
        <w:t xml:space="preserve"> </w:t>
      </w:r>
      <w:r>
        <w:rPr>
          <w:color w:val="555555"/>
          <w:sz w:val="25"/>
          <w:lang w:eastAsia="ko-KR"/>
        </w:rPr>
        <w:t>김형배</w:t>
      </w:r>
      <w:r>
        <w:rPr>
          <w:color w:val="555555"/>
          <w:sz w:val="25"/>
          <w:lang w:eastAsia="ko-KR"/>
        </w:rPr>
        <w:t xml:space="preserve"> </w:t>
      </w:r>
      <w:r>
        <w:rPr>
          <w:color w:val="555555"/>
          <w:sz w:val="25"/>
          <w:lang w:eastAsia="ko-KR"/>
        </w:rPr>
        <w:t>담임목사</w:t>
      </w:r>
    </w:p>
    <w:p w14:paraId="3E01F179" w14:textId="77777777" w:rsidR="00851D0D" w:rsidRDefault="005B4856">
      <w:pPr>
        <w:pBdr>
          <w:top w:val="single" w:sz="6" w:space="4" w:color="D4A537"/>
          <w:left w:val="single" w:sz="6" w:space="4" w:color="D4A537"/>
          <w:bottom w:val="single" w:sz="6" w:space="4" w:color="D4A537"/>
          <w:right w:val="single" w:sz="6" w:space="4" w:color="D4A537"/>
        </w:pBdr>
        <w:shd w:val="clear" w:color="auto" w:fill="F3EEDF"/>
        <w:spacing w:after="240"/>
        <w:jc w:val="both"/>
        <w:rPr>
          <w:lang w:eastAsia="ko-KR"/>
        </w:rPr>
      </w:pPr>
      <w:r>
        <w:rPr>
          <w:b/>
          <w:color w:val="B8860B"/>
          <w:lang w:eastAsia="ko-KR"/>
        </w:rPr>
        <w:t>[</w:t>
      </w:r>
      <w:r>
        <w:rPr>
          <w:b/>
          <w:color w:val="B8860B"/>
          <w:lang w:eastAsia="ko-KR"/>
        </w:rPr>
        <w:t>이</w:t>
      </w:r>
      <w:r>
        <w:rPr>
          <w:b/>
          <w:color w:val="B8860B"/>
          <w:lang w:eastAsia="ko-KR"/>
        </w:rPr>
        <w:t xml:space="preserve"> </w:t>
      </w:r>
      <w:r>
        <w:rPr>
          <w:b/>
          <w:color w:val="B8860B"/>
          <w:lang w:eastAsia="ko-KR"/>
        </w:rPr>
        <w:t>시간의</w:t>
      </w:r>
      <w:r>
        <w:rPr>
          <w:b/>
          <w:color w:val="B8860B"/>
          <w:lang w:eastAsia="ko-KR"/>
        </w:rPr>
        <w:t xml:space="preserve"> </w:t>
      </w:r>
      <w:r>
        <w:rPr>
          <w:b/>
          <w:color w:val="B8860B"/>
          <w:lang w:eastAsia="ko-KR"/>
        </w:rPr>
        <w:t>기도</w:t>
      </w:r>
      <w:r>
        <w:rPr>
          <w:b/>
          <w:color w:val="B8860B"/>
          <w:lang w:eastAsia="ko-KR"/>
        </w:rPr>
        <w:t xml:space="preserve">] </w:t>
      </w:r>
      <w:r>
        <w:rPr>
          <w:lang w:eastAsia="ko-KR"/>
        </w:rPr>
        <w:t>기도의</w:t>
      </w:r>
      <w:r>
        <w:rPr>
          <w:lang w:eastAsia="ko-KR"/>
        </w:rPr>
        <w:t xml:space="preserve"> </w:t>
      </w:r>
      <w:r>
        <w:rPr>
          <w:lang w:eastAsia="ko-KR"/>
        </w:rPr>
        <w:t>응답을</w:t>
      </w:r>
      <w:r>
        <w:rPr>
          <w:lang w:eastAsia="ko-KR"/>
        </w:rPr>
        <w:t xml:space="preserve"> </w:t>
      </w:r>
      <w:r>
        <w:rPr>
          <w:lang w:eastAsia="ko-KR"/>
        </w:rPr>
        <w:t>경험하는</w:t>
      </w:r>
      <w:r>
        <w:rPr>
          <w:lang w:eastAsia="ko-KR"/>
        </w:rPr>
        <w:t xml:space="preserve"> </w:t>
      </w:r>
      <w:r>
        <w:rPr>
          <w:lang w:eastAsia="ko-KR"/>
        </w:rPr>
        <w:t>시간입니다</w:t>
      </w:r>
      <w:r>
        <w:rPr>
          <w:lang w:eastAsia="ko-KR"/>
        </w:rPr>
        <w:t xml:space="preserve">. </w:t>
      </w:r>
      <w:r w:rsidRPr="002919A1">
        <w:rPr>
          <w:b/>
          <w:bCs/>
          <w:lang w:eastAsia="ko-KR"/>
        </w:rPr>
        <w:t>부르짖음에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응답하시는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하나님을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만나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기도의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야성이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깨어나도록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주세요</w:t>
      </w:r>
      <w:r>
        <w:rPr>
          <w:lang w:eastAsia="ko-KR"/>
        </w:rPr>
        <w:t>.</w:t>
      </w:r>
    </w:p>
    <w:p w14:paraId="6B99911C" w14:textId="77777777" w:rsidR="00851D0D" w:rsidRDefault="005B4856">
      <w:pPr>
        <w:spacing w:after="200"/>
        <w:jc w:val="center"/>
        <w:rPr>
          <w:lang w:eastAsia="ko-KR"/>
        </w:rPr>
      </w:pPr>
      <w:r>
        <w:rPr>
          <w:b/>
          <w:color w:val="B22222"/>
          <w:sz w:val="28"/>
          <w:lang w:eastAsia="ko-KR"/>
        </w:rPr>
        <w:t xml:space="preserve">◈ </w:t>
      </w:r>
      <w:r>
        <w:rPr>
          <w:b/>
          <w:color w:val="B22222"/>
          <w:sz w:val="28"/>
          <w:lang w:eastAsia="ko-KR"/>
        </w:rPr>
        <w:t>중보기도</w:t>
      </w:r>
      <w:r>
        <w:rPr>
          <w:b/>
          <w:color w:val="B22222"/>
          <w:sz w:val="28"/>
          <w:lang w:eastAsia="ko-KR"/>
        </w:rPr>
        <w:t xml:space="preserve"> </w:t>
      </w:r>
      <w:r>
        <w:rPr>
          <w:b/>
          <w:color w:val="B22222"/>
          <w:sz w:val="28"/>
          <w:lang w:eastAsia="ko-KR"/>
        </w:rPr>
        <w:t>제목</w:t>
      </w:r>
      <w:r>
        <w:rPr>
          <w:b/>
          <w:color w:val="B22222"/>
          <w:sz w:val="28"/>
          <w:lang w:eastAsia="ko-KR"/>
        </w:rPr>
        <w:t xml:space="preserve"> ◈</w:t>
      </w:r>
    </w:p>
    <w:p w14:paraId="7D60DD6C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>1.  ‘</w:t>
      </w:r>
      <w:proofErr w:type="spellStart"/>
      <w:r>
        <w:rPr>
          <w:lang w:eastAsia="ko-KR"/>
        </w:rPr>
        <w:t>응답받는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기도원리</w:t>
      </w:r>
      <w:r>
        <w:rPr>
          <w:lang w:eastAsia="ko-KR"/>
        </w:rPr>
        <w:t>’</w:t>
      </w:r>
      <w:r>
        <w:rPr>
          <w:lang w:eastAsia="ko-KR"/>
        </w:rPr>
        <w:t>와</w:t>
      </w:r>
      <w:r>
        <w:rPr>
          <w:lang w:eastAsia="ko-KR"/>
        </w:rPr>
        <w:t xml:space="preserve"> ‘</w:t>
      </w:r>
      <w:r>
        <w:rPr>
          <w:lang w:eastAsia="ko-KR"/>
        </w:rPr>
        <w:t>돋보기</w:t>
      </w:r>
      <w:r>
        <w:rPr>
          <w:lang w:eastAsia="ko-KR"/>
        </w:rPr>
        <w:t xml:space="preserve"> </w:t>
      </w:r>
      <w:r>
        <w:rPr>
          <w:lang w:eastAsia="ko-KR"/>
        </w:rPr>
        <w:t>기도</w:t>
      </w:r>
      <w:r>
        <w:rPr>
          <w:lang w:eastAsia="ko-KR"/>
        </w:rPr>
        <w:t>(</w:t>
      </w:r>
      <w:r>
        <w:rPr>
          <w:lang w:eastAsia="ko-KR"/>
        </w:rPr>
        <w:t>집중기도능력</w:t>
      </w:r>
      <w:r>
        <w:rPr>
          <w:lang w:eastAsia="ko-KR"/>
        </w:rPr>
        <w:t xml:space="preserve">)’ </w:t>
      </w:r>
      <w:r>
        <w:rPr>
          <w:lang w:eastAsia="ko-KR"/>
        </w:rPr>
        <w:t>시간을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, </w:t>
      </w:r>
      <w:r>
        <w:rPr>
          <w:lang w:eastAsia="ko-KR"/>
        </w:rPr>
        <w:t>우리의</w:t>
      </w:r>
      <w:r>
        <w:rPr>
          <w:lang w:eastAsia="ko-KR"/>
        </w:rPr>
        <w:t xml:space="preserve"> </w:t>
      </w:r>
      <w:r>
        <w:rPr>
          <w:lang w:eastAsia="ko-KR"/>
        </w:rPr>
        <w:t>부르짖음에</w:t>
      </w:r>
      <w:r>
        <w:rPr>
          <w:lang w:eastAsia="ko-KR"/>
        </w:rPr>
        <w:t xml:space="preserve"> </w:t>
      </w:r>
      <w:r>
        <w:rPr>
          <w:lang w:eastAsia="ko-KR"/>
        </w:rPr>
        <w:t>즉각적으로</w:t>
      </w:r>
      <w:r>
        <w:rPr>
          <w:lang w:eastAsia="ko-KR"/>
        </w:rPr>
        <w:t xml:space="preserve"> </w:t>
      </w:r>
      <w:r>
        <w:rPr>
          <w:lang w:eastAsia="ko-KR"/>
        </w:rPr>
        <w:t>응답하시는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하나님을</w:t>
      </w:r>
      <w:r>
        <w:rPr>
          <w:lang w:eastAsia="ko-KR"/>
        </w:rPr>
        <w:t xml:space="preserve"> </w:t>
      </w:r>
      <w:r>
        <w:rPr>
          <w:lang w:eastAsia="ko-KR"/>
        </w:rPr>
        <w:t>경험하며</w:t>
      </w:r>
      <w:r>
        <w:rPr>
          <w:lang w:eastAsia="ko-KR"/>
        </w:rPr>
        <w:t xml:space="preserve"> </w:t>
      </w:r>
      <w:r>
        <w:rPr>
          <w:lang w:eastAsia="ko-KR"/>
        </w:rPr>
        <w:t>기도의</w:t>
      </w:r>
      <w:r>
        <w:rPr>
          <w:lang w:eastAsia="ko-KR"/>
        </w:rPr>
        <w:t xml:space="preserve"> </w:t>
      </w:r>
      <w:r>
        <w:rPr>
          <w:lang w:eastAsia="ko-KR"/>
        </w:rPr>
        <w:t>야성이</w:t>
      </w:r>
      <w:r>
        <w:rPr>
          <w:lang w:eastAsia="ko-KR"/>
        </w:rPr>
        <w:t xml:space="preserve"> </w:t>
      </w:r>
      <w:r>
        <w:rPr>
          <w:lang w:eastAsia="ko-KR"/>
        </w:rPr>
        <w:t>뜨겁게</w:t>
      </w:r>
      <w:r>
        <w:rPr>
          <w:lang w:eastAsia="ko-KR"/>
        </w:rPr>
        <w:t xml:space="preserve"> </w:t>
      </w:r>
      <w:r>
        <w:rPr>
          <w:lang w:eastAsia="ko-KR"/>
        </w:rPr>
        <w:t>깨어나게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081B7AFD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2.  </w:t>
      </w:r>
      <w:r>
        <w:rPr>
          <w:lang w:eastAsia="ko-KR"/>
        </w:rPr>
        <w:t>지식과</w:t>
      </w:r>
      <w:r>
        <w:rPr>
          <w:lang w:eastAsia="ko-KR"/>
        </w:rPr>
        <w:t xml:space="preserve"> </w:t>
      </w:r>
      <w:r>
        <w:rPr>
          <w:lang w:eastAsia="ko-KR"/>
        </w:rPr>
        <w:t>이론이</w:t>
      </w:r>
      <w:r>
        <w:rPr>
          <w:lang w:eastAsia="ko-KR"/>
        </w:rPr>
        <w:t xml:space="preserve"> </w:t>
      </w:r>
      <w:r>
        <w:rPr>
          <w:lang w:eastAsia="ko-KR"/>
        </w:rPr>
        <w:t>아니라</w:t>
      </w:r>
      <w:r>
        <w:rPr>
          <w:lang w:eastAsia="ko-KR"/>
        </w:rPr>
        <w:t>, ‘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삶과</w:t>
      </w:r>
      <w:r>
        <w:rPr>
          <w:lang w:eastAsia="ko-KR"/>
        </w:rPr>
        <w:t xml:space="preserve"> </w:t>
      </w:r>
      <w:r>
        <w:rPr>
          <w:lang w:eastAsia="ko-KR"/>
        </w:rPr>
        <w:t>목회</w:t>
      </w:r>
      <w:r>
        <w:rPr>
          <w:lang w:eastAsia="ko-KR"/>
        </w:rPr>
        <w:t xml:space="preserve"> </w:t>
      </w:r>
      <w:r>
        <w:rPr>
          <w:lang w:eastAsia="ko-KR"/>
        </w:rPr>
        <w:t>현장에</w:t>
      </w:r>
      <w:r>
        <w:rPr>
          <w:lang w:eastAsia="ko-KR"/>
        </w:rPr>
        <w:t xml:space="preserve"> </w:t>
      </w:r>
      <w:r>
        <w:rPr>
          <w:lang w:eastAsia="ko-KR"/>
        </w:rPr>
        <w:t>살아서</w:t>
      </w:r>
      <w:r>
        <w:rPr>
          <w:lang w:eastAsia="ko-KR"/>
        </w:rPr>
        <w:t xml:space="preserve"> </w:t>
      </w:r>
      <w:r>
        <w:rPr>
          <w:lang w:eastAsia="ko-KR"/>
        </w:rPr>
        <w:t>역사하시는</w:t>
      </w:r>
      <w:r>
        <w:rPr>
          <w:lang w:eastAsia="ko-KR"/>
        </w:rPr>
        <w:t xml:space="preserve"> </w:t>
      </w:r>
      <w:r>
        <w:rPr>
          <w:lang w:eastAsia="ko-KR"/>
        </w:rPr>
        <w:t>하나님</w:t>
      </w:r>
      <w:r>
        <w:rPr>
          <w:lang w:eastAsia="ko-KR"/>
        </w:rPr>
        <w:t>’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향한</w:t>
      </w:r>
      <w:r>
        <w:rPr>
          <w:lang w:eastAsia="ko-KR"/>
        </w:rPr>
        <w:t xml:space="preserve"> </w:t>
      </w:r>
      <w:r>
        <w:rPr>
          <w:lang w:eastAsia="ko-KR"/>
        </w:rPr>
        <w:t>절대적인</w:t>
      </w:r>
      <w:r>
        <w:rPr>
          <w:lang w:eastAsia="ko-KR"/>
        </w:rPr>
        <w:t xml:space="preserve"> </w:t>
      </w:r>
      <w:r>
        <w:rPr>
          <w:lang w:eastAsia="ko-KR"/>
        </w:rPr>
        <w:t>믿음과</w:t>
      </w:r>
      <w:r>
        <w:rPr>
          <w:lang w:eastAsia="ko-KR"/>
        </w:rPr>
        <w:t xml:space="preserve"> </w:t>
      </w:r>
      <w:r>
        <w:rPr>
          <w:lang w:eastAsia="ko-KR"/>
        </w:rPr>
        <w:t>실제적인</w:t>
      </w:r>
      <w:r>
        <w:rPr>
          <w:lang w:eastAsia="ko-KR"/>
        </w:rPr>
        <w:t xml:space="preserve"> </w:t>
      </w:r>
      <w:r>
        <w:rPr>
          <w:lang w:eastAsia="ko-KR"/>
        </w:rPr>
        <w:t>목회적</w:t>
      </w:r>
      <w:r>
        <w:rPr>
          <w:lang w:eastAsia="ko-KR"/>
        </w:rPr>
        <w:t xml:space="preserve"> </w:t>
      </w:r>
      <w:r>
        <w:rPr>
          <w:lang w:eastAsia="ko-KR"/>
        </w:rPr>
        <w:t>통찰력을</w:t>
      </w:r>
      <w:r>
        <w:rPr>
          <w:lang w:eastAsia="ko-KR"/>
        </w:rPr>
        <w:t xml:space="preserve"> </w:t>
      </w:r>
      <w:r>
        <w:rPr>
          <w:lang w:eastAsia="ko-KR"/>
        </w:rPr>
        <w:t>듬뿍</w:t>
      </w:r>
      <w:r>
        <w:rPr>
          <w:lang w:eastAsia="ko-KR"/>
        </w:rPr>
        <w:t xml:space="preserve"> </w:t>
      </w:r>
      <w:r>
        <w:rPr>
          <w:lang w:eastAsia="ko-KR"/>
        </w:rPr>
        <w:t>얻고</w:t>
      </w:r>
      <w:r>
        <w:rPr>
          <w:lang w:eastAsia="ko-KR"/>
        </w:rPr>
        <w:t xml:space="preserve"> </w:t>
      </w:r>
      <w:r>
        <w:rPr>
          <w:lang w:eastAsia="ko-KR"/>
        </w:rPr>
        <w:t>돌아가게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2149EE0A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3.  </w:t>
      </w:r>
      <w:r>
        <w:rPr>
          <w:lang w:eastAsia="ko-KR"/>
        </w:rPr>
        <w:t>컨퍼런스에서</w:t>
      </w:r>
      <w:r>
        <w:rPr>
          <w:lang w:eastAsia="ko-KR"/>
        </w:rPr>
        <w:t xml:space="preserve"> </w:t>
      </w:r>
      <w:r>
        <w:rPr>
          <w:lang w:eastAsia="ko-KR"/>
        </w:rPr>
        <w:t>만난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감격이</w:t>
      </w:r>
      <w:r>
        <w:rPr>
          <w:lang w:eastAsia="ko-KR"/>
        </w:rPr>
        <w:t xml:space="preserve"> </w:t>
      </w:r>
      <w:r>
        <w:rPr>
          <w:lang w:eastAsia="ko-KR"/>
        </w:rPr>
        <w:t>각자의</w:t>
      </w:r>
      <w:r>
        <w:rPr>
          <w:lang w:eastAsia="ko-KR"/>
        </w:rPr>
        <w:t xml:space="preserve"> </w:t>
      </w:r>
      <w:r>
        <w:rPr>
          <w:lang w:eastAsia="ko-KR"/>
        </w:rPr>
        <w:t>개교회로</w:t>
      </w:r>
      <w:r>
        <w:rPr>
          <w:lang w:eastAsia="ko-KR"/>
        </w:rPr>
        <w:t xml:space="preserve"> </w:t>
      </w:r>
      <w:r>
        <w:rPr>
          <w:lang w:eastAsia="ko-KR"/>
        </w:rPr>
        <w:t>전이되어</w:t>
      </w:r>
      <w:r>
        <w:rPr>
          <w:lang w:eastAsia="ko-KR"/>
        </w:rPr>
        <w:t xml:space="preserve">, </w:t>
      </w:r>
      <w:r>
        <w:rPr>
          <w:lang w:eastAsia="ko-KR"/>
        </w:rPr>
        <w:t>예배마다</w:t>
      </w:r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살아계심이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증명되는</w:t>
      </w:r>
      <w:r>
        <w:rPr>
          <w:lang w:eastAsia="ko-KR"/>
        </w:rPr>
        <w:t xml:space="preserve"> </w:t>
      </w:r>
      <w:r>
        <w:rPr>
          <w:lang w:eastAsia="ko-KR"/>
        </w:rPr>
        <w:t>강력한</w:t>
      </w:r>
      <w:r>
        <w:rPr>
          <w:lang w:eastAsia="ko-KR"/>
        </w:rPr>
        <w:t xml:space="preserve"> </w:t>
      </w:r>
      <w:r>
        <w:rPr>
          <w:lang w:eastAsia="ko-KR"/>
        </w:rPr>
        <w:t>치유와</w:t>
      </w:r>
      <w:r>
        <w:rPr>
          <w:lang w:eastAsia="ko-KR"/>
        </w:rPr>
        <w:t xml:space="preserve"> </w:t>
      </w:r>
      <w:r>
        <w:rPr>
          <w:lang w:eastAsia="ko-KR"/>
        </w:rPr>
        <w:t>회복이</w:t>
      </w:r>
      <w:r>
        <w:rPr>
          <w:lang w:eastAsia="ko-KR"/>
        </w:rPr>
        <w:t xml:space="preserve"> </w:t>
      </w:r>
      <w:r>
        <w:rPr>
          <w:lang w:eastAsia="ko-KR"/>
        </w:rPr>
        <w:t>폭발적으로</w:t>
      </w:r>
      <w:r>
        <w:rPr>
          <w:lang w:eastAsia="ko-KR"/>
        </w:rPr>
        <w:t xml:space="preserve"> </w:t>
      </w:r>
      <w:r>
        <w:rPr>
          <w:lang w:eastAsia="ko-KR"/>
        </w:rPr>
        <w:t>일어나게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2C3DBCF7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4.  </w:t>
      </w:r>
      <w:r>
        <w:rPr>
          <w:lang w:eastAsia="ko-KR"/>
        </w:rPr>
        <w:t>목회자</w:t>
      </w:r>
      <w:r>
        <w:rPr>
          <w:lang w:eastAsia="ko-KR"/>
        </w:rPr>
        <w:t xml:space="preserve"> </w:t>
      </w:r>
      <w:r>
        <w:rPr>
          <w:lang w:eastAsia="ko-KR"/>
        </w:rPr>
        <w:t>부부가</w:t>
      </w:r>
      <w:r>
        <w:rPr>
          <w:lang w:eastAsia="ko-KR"/>
        </w:rPr>
        <w:t xml:space="preserve"> </w:t>
      </w:r>
      <w:r>
        <w:rPr>
          <w:lang w:eastAsia="ko-KR"/>
        </w:rPr>
        <w:t>먼저</w:t>
      </w:r>
      <w:r>
        <w:rPr>
          <w:lang w:eastAsia="ko-KR"/>
        </w:rPr>
        <w:t xml:space="preserve"> </w:t>
      </w:r>
      <w:r>
        <w:rPr>
          <w:lang w:eastAsia="ko-KR"/>
        </w:rPr>
        <w:t>성령</w:t>
      </w:r>
      <w:r>
        <w:rPr>
          <w:lang w:eastAsia="ko-KR"/>
        </w:rPr>
        <w:t xml:space="preserve"> </w:t>
      </w:r>
      <w:r>
        <w:rPr>
          <w:lang w:eastAsia="ko-KR"/>
        </w:rPr>
        <w:t>안에서</w:t>
      </w:r>
      <w:r>
        <w:rPr>
          <w:lang w:eastAsia="ko-KR"/>
        </w:rPr>
        <w:t xml:space="preserve"> </w:t>
      </w:r>
      <w:r>
        <w:rPr>
          <w:lang w:eastAsia="ko-KR"/>
        </w:rPr>
        <w:t>살아</w:t>
      </w:r>
      <w:r>
        <w:rPr>
          <w:lang w:eastAsia="ko-KR"/>
        </w:rPr>
        <w:t xml:space="preserve"> </w:t>
      </w:r>
      <w:r>
        <w:rPr>
          <w:lang w:eastAsia="ko-KR"/>
        </w:rPr>
        <w:t>역사하시는</w:t>
      </w:r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치유를</w:t>
      </w:r>
      <w:r>
        <w:rPr>
          <w:lang w:eastAsia="ko-KR"/>
        </w:rPr>
        <w:t xml:space="preserve"> </w:t>
      </w:r>
      <w:r>
        <w:rPr>
          <w:lang w:eastAsia="ko-KR"/>
        </w:rPr>
        <w:t>깊이</w:t>
      </w:r>
      <w:r>
        <w:rPr>
          <w:lang w:eastAsia="ko-KR"/>
        </w:rPr>
        <w:t xml:space="preserve"> </w:t>
      </w:r>
      <w:r>
        <w:rPr>
          <w:lang w:eastAsia="ko-KR"/>
        </w:rPr>
        <w:t>경험하여</w:t>
      </w:r>
      <w:r>
        <w:rPr>
          <w:lang w:eastAsia="ko-KR"/>
        </w:rPr>
        <w:t xml:space="preserve">, </w:t>
      </w:r>
      <w:r>
        <w:rPr>
          <w:lang w:eastAsia="ko-KR"/>
        </w:rPr>
        <w:t>부부</w:t>
      </w:r>
      <w:r>
        <w:rPr>
          <w:lang w:eastAsia="ko-KR"/>
        </w:rPr>
        <w:t xml:space="preserve"> </w:t>
      </w:r>
      <w:r>
        <w:rPr>
          <w:lang w:eastAsia="ko-KR"/>
        </w:rPr>
        <w:t>관계가</w:t>
      </w:r>
      <w:r>
        <w:rPr>
          <w:lang w:eastAsia="ko-KR"/>
        </w:rPr>
        <w:t xml:space="preserve"> </w:t>
      </w:r>
      <w:r>
        <w:rPr>
          <w:lang w:eastAsia="ko-KR"/>
        </w:rPr>
        <w:t>온전해지고</w:t>
      </w:r>
      <w:r>
        <w:rPr>
          <w:lang w:eastAsia="ko-KR"/>
        </w:rPr>
        <w:t xml:space="preserve"> </w:t>
      </w:r>
      <w:r>
        <w:rPr>
          <w:lang w:eastAsia="ko-KR"/>
        </w:rPr>
        <w:t>사역의</w:t>
      </w:r>
      <w:r>
        <w:rPr>
          <w:lang w:eastAsia="ko-KR"/>
        </w:rPr>
        <w:t xml:space="preserve"> </w:t>
      </w:r>
      <w:r>
        <w:rPr>
          <w:lang w:eastAsia="ko-KR"/>
        </w:rPr>
        <w:t>동역자로서</w:t>
      </w:r>
      <w:r>
        <w:rPr>
          <w:lang w:eastAsia="ko-KR"/>
        </w:rPr>
        <w:t xml:space="preserve"> </w:t>
      </w:r>
      <w:r>
        <w:rPr>
          <w:lang w:eastAsia="ko-KR"/>
        </w:rPr>
        <w:t>강력하게</w:t>
      </w:r>
      <w:r>
        <w:rPr>
          <w:lang w:eastAsia="ko-KR"/>
        </w:rPr>
        <w:t xml:space="preserve"> </w:t>
      </w:r>
      <w:r>
        <w:rPr>
          <w:lang w:eastAsia="ko-KR"/>
        </w:rPr>
        <w:t>하나</w:t>
      </w:r>
      <w:r>
        <w:rPr>
          <w:lang w:eastAsia="ko-KR"/>
        </w:rPr>
        <w:t xml:space="preserve"> </w:t>
      </w:r>
      <w:r>
        <w:rPr>
          <w:lang w:eastAsia="ko-KR"/>
        </w:rPr>
        <w:t>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2C3DBCF7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>5.  기도할 때 우리의 욕심과 조급함을 내려놓고 하나님의 말씀과 뜻을 먼저 구하게 하시며, 성령께서 주시는 감동에 순종하는 기도를 배우게 하소서.</w:t>
      </w:r>
    </w:p>
    <w:p w14:paraId="2C3DBCF7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>6.  오랫동안 응답을 기다리며 낙심했던 마음을 새롭게 하시고, 살아계신 하나님의 선하심과 때를 신뢰하며 끝까지 감사함으로 기도의 자리를 지키게 하소서.</w:t>
      </w:r>
    </w:p>
    <w:p w14:paraId="2C3DBCF7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>7.  각자의 가정과 교회에서 붙들어야 할 기도제목이 분명해지게 하시고, 목회자와 성도가 함께 구체적으로 부르짖으며 응답의 은혜를 나누는 기도 공동체가 세워지게 하소서.</w:t>
      </w:r>
    </w:p>
    <w:p>
      <w:pPr>
        <w:spacing w:before="160" w:after="120"/>
      </w:pPr>
      <w:r>
        <w:rPr>
          <w:rFonts w:ascii="맑은 고딕" w:hAnsi="맑은 고딕" w:eastAsia="맑은 고딕"/>
          <w:b/>
          <w:sz w:val="20"/>
        </w:rPr>
        <w:t>* 컨퍼런스 참석자 명단을 보시고 한 분, 한 분 교회와 가정을 축복하며 중보해 주시기 바랍니다.</w:t>
      </w:r>
    </w:p>
    <w:p w14:paraId="57872692" w14:textId="77777777" w:rsidR="00851D0D" w:rsidRDefault="005B4856">
      <w:pPr>
        <w:pageBreakBefore/>
        <w:spacing w:after="80"/>
        <w:rPr>
          <w:lang w:eastAsia="ko-KR"/>
        </w:rPr>
      </w:pPr>
      <w:r>
        <w:rPr>
          <w:b/>
          <w:color w:val="B22222"/>
          <w:sz w:val="28"/>
          <w:lang w:eastAsia="ko-KR"/>
        </w:rPr>
        <w:lastRenderedPageBreak/>
        <w:t>10</w:t>
      </w:r>
      <w:r>
        <w:rPr>
          <w:b/>
          <w:color w:val="B22222"/>
          <w:sz w:val="28"/>
          <w:lang w:eastAsia="ko-KR"/>
        </w:rPr>
        <w:t>월</w:t>
      </w:r>
      <w:r>
        <w:rPr>
          <w:b/>
          <w:color w:val="B22222"/>
          <w:sz w:val="28"/>
          <w:lang w:eastAsia="ko-KR"/>
        </w:rPr>
        <w:t xml:space="preserve"> 13</w:t>
      </w:r>
      <w:r>
        <w:rPr>
          <w:b/>
          <w:color w:val="B22222"/>
          <w:sz w:val="28"/>
          <w:lang w:eastAsia="ko-KR"/>
        </w:rPr>
        <w:t>일</w:t>
      </w:r>
      <w:r>
        <w:rPr>
          <w:b/>
          <w:color w:val="B22222"/>
          <w:sz w:val="28"/>
          <w:lang w:eastAsia="ko-KR"/>
        </w:rPr>
        <w:t>(</w:t>
      </w:r>
      <w:r>
        <w:rPr>
          <w:b/>
          <w:color w:val="B22222"/>
          <w:sz w:val="28"/>
          <w:lang w:eastAsia="ko-KR"/>
        </w:rPr>
        <w:t>화</w:t>
      </w:r>
      <w:r>
        <w:rPr>
          <w:b/>
          <w:color w:val="B22222"/>
          <w:sz w:val="28"/>
          <w:lang w:eastAsia="ko-KR"/>
        </w:rPr>
        <w:t xml:space="preserve">)  </w:t>
      </w:r>
      <w:r>
        <w:rPr>
          <w:b/>
          <w:color w:val="B22222"/>
          <w:sz w:val="28"/>
          <w:lang w:eastAsia="ko-KR"/>
        </w:rPr>
        <w:t>오전</w:t>
      </w:r>
      <w:r>
        <w:rPr>
          <w:b/>
          <w:color w:val="B22222"/>
          <w:sz w:val="28"/>
          <w:lang w:eastAsia="ko-KR"/>
        </w:rPr>
        <w:t xml:space="preserve"> 10:30 ~ 12:00</w:t>
      </w:r>
    </w:p>
    <w:p w14:paraId="7B926EE0" w14:textId="45CA88A3" w:rsidR="00851D0D" w:rsidRDefault="005B4856" w:rsidP="002919A1">
      <w:pPr>
        <w:spacing w:after="40"/>
        <w:rPr>
          <w:lang w:eastAsia="ko-KR"/>
        </w:rPr>
      </w:pPr>
      <w:r>
        <w:rPr>
          <w:b/>
          <w:color w:val="1B2A4A"/>
          <w:sz w:val="40"/>
          <w:lang w:eastAsia="ko-KR"/>
        </w:rPr>
        <w:t>돋보기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기도</w:t>
      </w:r>
      <w:r w:rsidR="002919A1">
        <w:rPr>
          <w:rFonts w:hint="eastAsia"/>
          <w:b/>
          <w:color w:val="1B2A4A"/>
          <w:sz w:val="40"/>
          <w:lang w:eastAsia="ko-KR"/>
        </w:rPr>
        <w:t xml:space="preserve"> </w:t>
      </w:r>
      <w:proofErr w:type="spellStart"/>
      <w:r>
        <w:rPr>
          <w:color w:val="555555"/>
          <w:sz w:val="25"/>
          <w:lang w:eastAsia="ko-KR"/>
        </w:rPr>
        <w:t>정석우</w:t>
      </w:r>
      <w:proofErr w:type="spellEnd"/>
      <w:r>
        <w:rPr>
          <w:color w:val="555555"/>
          <w:sz w:val="25"/>
          <w:lang w:eastAsia="ko-KR"/>
        </w:rPr>
        <w:t xml:space="preserve"> </w:t>
      </w:r>
      <w:r>
        <w:rPr>
          <w:color w:val="555555"/>
          <w:sz w:val="25"/>
          <w:lang w:eastAsia="ko-KR"/>
        </w:rPr>
        <w:t>목사</w:t>
      </w:r>
    </w:p>
    <w:p w14:paraId="3BB4936B" w14:textId="77777777" w:rsidR="00851D0D" w:rsidRDefault="005B4856">
      <w:pPr>
        <w:pBdr>
          <w:top w:val="single" w:sz="6" w:space="4" w:color="D4A537"/>
          <w:left w:val="single" w:sz="6" w:space="4" w:color="D4A537"/>
          <w:bottom w:val="single" w:sz="6" w:space="4" w:color="D4A537"/>
          <w:right w:val="single" w:sz="6" w:space="4" w:color="D4A537"/>
        </w:pBdr>
        <w:shd w:val="clear" w:color="auto" w:fill="F3EEDF"/>
        <w:spacing w:after="240"/>
        <w:jc w:val="both"/>
        <w:rPr>
          <w:lang w:eastAsia="ko-KR"/>
        </w:rPr>
      </w:pPr>
      <w:r>
        <w:rPr>
          <w:b/>
          <w:color w:val="B8860B"/>
          <w:lang w:eastAsia="ko-KR"/>
        </w:rPr>
        <w:t>[</w:t>
      </w:r>
      <w:r>
        <w:rPr>
          <w:b/>
          <w:color w:val="B8860B"/>
          <w:lang w:eastAsia="ko-KR"/>
        </w:rPr>
        <w:t>이</w:t>
      </w:r>
      <w:r>
        <w:rPr>
          <w:b/>
          <w:color w:val="B8860B"/>
          <w:lang w:eastAsia="ko-KR"/>
        </w:rPr>
        <w:t xml:space="preserve"> </w:t>
      </w:r>
      <w:r>
        <w:rPr>
          <w:b/>
          <w:color w:val="B8860B"/>
          <w:lang w:eastAsia="ko-KR"/>
        </w:rPr>
        <w:t>시간의</w:t>
      </w:r>
      <w:r>
        <w:rPr>
          <w:b/>
          <w:color w:val="B8860B"/>
          <w:lang w:eastAsia="ko-KR"/>
        </w:rPr>
        <w:t xml:space="preserve"> </w:t>
      </w:r>
      <w:r>
        <w:rPr>
          <w:b/>
          <w:color w:val="B8860B"/>
          <w:lang w:eastAsia="ko-KR"/>
        </w:rPr>
        <w:t>기도</w:t>
      </w:r>
      <w:r>
        <w:rPr>
          <w:b/>
          <w:color w:val="B8860B"/>
          <w:lang w:eastAsia="ko-KR"/>
        </w:rPr>
        <w:t xml:space="preserve">] </w:t>
      </w:r>
      <w:r>
        <w:rPr>
          <w:lang w:eastAsia="ko-KR"/>
        </w:rPr>
        <w:t>집중</w:t>
      </w:r>
      <w:r>
        <w:rPr>
          <w:lang w:eastAsia="ko-KR"/>
        </w:rPr>
        <w:t xml:space="preserve"> </w:t>
      </w:r>
      <w:r>
        <w:rPr>
          <w:lang w:eastAsia="ko-KR"/>
        </w:rPr>
        <w:t>기도로</w:t>
      </w:r>
      <w:r>
        <w:rPr>
          <w:lang w:eastAsia="ko-KR"/>
        </w:rPr>
        <w:t xml:space="preserve"> </w:t>
      </w:r>
      <w:r>
        <w:rPr>
          <w:lang w:eastAsia="ko-KR"/>
        </w:rPr>
        <w:t>상처와</w:t>
      </w:r>
      <w:r>
        <w:rPr>
          <w:lang w:eastAsia="ko-KR"/>
        </w:rPr>
        <w:t xml:space="preserve"> </w:t>
      </w:r>
      <w:r>
        <w:rPr>
          <w:lang w:eastAsia="ko-KR"/>
        </w:rPr>
        <w:t>질병의</w:t>
      </w:r>
      <w:r>
        <w:rPr>
          <w:lang w:eastAsia="ko-KR"/>
        </w:rPr>
        <w:t xml:space="preserve"> </w:t>
      </w:r>
      <w:r>
        <w:rPr>
          <w:lang w:eastAsia="ko-KR"/>
        </w:rPr>
        <w:t>뿌리를</w:t>
      </w:r>
      <w:r>
        <w:rPr>
          <w:lang w:eastAsia="ko-KR"/>
        </w:rPr>
        <w:t xml:space="preserve"> </w:t>
      </w:r>
      <w:r>
        <w:rPr>
          <w:lang w:eastAsia="ko-KR"/>
        </w:rPr>
        <w:t>드러내고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치유받는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시간입니다</w:t>
      </w:r>
      <w:r>
        <w:rPr>
          <w:lang w:eastAsia="ko-KR"/>
        </w:rPr>
        <w:t xml:space="preserve">. </w:t>
      </w:r>
      <w:r w:rsidRPr="002919A1">
        <w:rPr>
          <w:b/>
          <w:bCs/>
          <w:lang w:eastAsia="ko-KR"/>
        </w:rPr>
        <w:t>두려움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없이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마음을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열고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치유를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경험하도록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주세요</w:t>
      </w:r>
      <w:r>
        <w:rPr>
          <w:lang w:eastAsia="ko-KR"/>
        </w:rPr>
        <w:t>.</w:t>
      </w:r>
    </w:p>
    <w:p w14:paraId="19883615" w14:textId="77777777" w:rsidR="00851D0D" w:rsidRDefault="005B4856">
      <w:pPr>
        <w:spacing w:after="200"/>
        <w:jc w:val="center"/>
        <w:rPr>
          <w:lang w:eastAsia="ko-KR"/>
        </w:rPr>
      </w:pPr>
      <w:r>
        <w:rPr>
          <w:b/>
          <w:color w:val="B22222"/>
          <w:sz w:val="28"/>
          <w:lang w:eastAsia="ko-KR"/>
        </w:rPr>
        <w:t xml:space="preserve">◈ </w:t>
      </w:r>
      <w:r>
        <w:rPr>
          <w:b/>
          <w:color w:val="B22222"/>
          <w:sz w:val="28"/>
          <w:lang w:eastAsia="ko-KR"/>
        </w:rPr>
        <w:t>중보기도</w:t>
      </w:r>
      <w:r>
        <w:rPr>
          <w:b/>
          <w:color w:val="B22222"/>
          <w:sz w:val="28"/>
          <w:lang w:eastAsia="ko-KR"/>
        </w:rPr>
        <w:t xml:space="preserve"> </w:t>
      </w:r>
      <w:r>
        <w:rPr>
          <w:b/>
          <w:color w:val="B22222"/>
          <w:sz w:val="28"/>
          <w:lang w:eastAsia="ko-KR"/>
        </w:rPr>
        <w:t>제목</w:t>
      </w:r>
      <w:r>
        <w:rPr>
          <w:b/>
          <w:color w:val="B22222"/>
          <w:sz w:val="28"/>
          <w:lang w:eastAsia="ko-KR"/>
        </w:rPr>
        <w:t xml:space="preserve"> ◈</w:t>
      </w:r>
    </w:p>
    <w:p w14:paraId="198F7EAD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>1.  ‘</w:t>
      </w:r>
      <w:proofErr w:type="spellStart"/>
      <w:r>
        <w:rPr>
          <w:lang w:eastAsia="ko-KR"/>
        </w:rPr>
        <w:t>응답받는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기도원리</w:t>
      </w:r>
      <w:r>
        <w:rPr>
          <w:lang w:eastAsia="ko-KR"/>
        </w:rPr>
        <w:t>’</w:t>
      </w:r>
      <w:r>
        <w:rPr>
          <w:lang w:eastAsia="ko-KR"/>
        </w:rPr>
        <w:t>와</w:t>
      </w:r>
      <w:r>
        <w:rPr>
          <w:lang w:eastAsia="ko-KR"/>
        </w:rPr>
        <w:t xml:space="preserve"> ‘</w:t>
      </w:r>
      <w:r>
        <w:rPr>
          <w:lang w:eastAsia="ko-KR"/>
        </w:rPr>
        <w:t>돋보기</w:t>
      </w:r>
      <w:r>
        <w:rPr>
          <w:lang w:eastAsia="ko-KR"/>
        </w:rPr>
        <w:t xml:space="preserve"> </w:t>
      </w:r>
      <w:r>
        <w:rPr>
          <w:lang w:eastAsia="ko-KR"/>
        </w:rPr>
        <w:t>기도</w:t>
      </w:r>
      <w:r>
        <w:rPr>
          <w:lang w:eastAsia="ko-KR"/>
        </w:rPr>
        <w:t>(</w:t>
      </w:r>
      <w:r>
        <w:rPr>
          <w:lang w:eastAsia="ko-KR"/>
        </w:rPr>
        <w:t>집중기도능력</w:t>
      </w:r>
      <w:r>
        <w:rPr>
          <w:lang w:eastAsia="ko-KR"/>
        </w:rPr>
        <w:t xml:space="preserve">)’ </w:t>
      </w:r>
      <w:r>
        <w:rPr>
          <w:lang w:eastAsia="ko-KR"/>
        </w:rPr>
        <w:t>시간을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, </w:t>
      </w:r>
      <w:r>
        <w:rPr>
          <w:lang w:eastAsia="ko-KR"/>
        </w:rPr>
        <w:t>우리의</w:t>
      </w:r>
      <w:r>
        <w:rPr>
          <w:lang w:eastAsia="ko-KR"/>
        </w:rPr>
        <w:t xml:space="preserve"> </w:t>
      </w:r>
      <w:r>
        <w:rPr>
          <w:lang w:eastAsia="ko-KR"/>
        </w:rPr>
        <w:t>부르짖음에</w:t>
      </w:r>
      <w:r>
        <w:rPr>
          <w:lang w:eastAsia="ko-KR"/>
        </w:rPr>
        <w:t xml:space="preserve"> </w:t>
      </w:r>
      <w:r>
        <w:rPr>
          <w:lang w:eastAsia="ko-KR"/>
        </w:rPr>
        <w:t>즉각적으로</w:t>
      </w:r>
      <w:r>
        <w:rPr>
          <w:lang w:eastAsia="ko-KR"/>
        </w:rPr>
        <w:t xml:space="preserve"> </w:t>
      </w:r>
      <w:r>
        <w:rPr>
          <w:lang w:eastAsia="ko-KR"/>
        </w:rPr>
        <w:t>응답하시는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하나님을</w:t>
      </w:r>
      <w:r>
        <w:rPr>
          <w:lang w:eastAsia="ko-KR"/>
        </w:rPr>
        <w:t xml:space="preserve"> </w:t>
      </w:r>
      <w:r>
        <w:rPr>
          <w:lang w:eastAsia="ko-KR"/>
        </w:rPr>
        <w:t>경험하며</w:t>
      </w:r>
      <w:r>
        <w:rPr>
          <w:lang w:eastAsia="ko-KR"/>
        </w:rPr>
        <w:t xml:space="preserve"> </w:t>
      </w:r>
      <w:r>
        <w:rPr>
          <w:lang w:eastAsia="ko-KR"/>
        </w:rPr>
        <w:t>기도의</w:t>
      </w:r>
      <w:r>
        <w:rPr>
          <w:lang w:eastAsia="ko-KR"/>
        </w:rPr>
        <w:t xml:space="preserve"> </w:t>
      </w:r>
      <w:r>
        <w:rPr>
          <w:lang w:eastAsia="ko-KR"/>
        </w:rPr>
        <w:t>야성이</w:t>
      </w:r>
      <w:r>
        <w:rPr>
          <w:lang w:eastAsia="ko-KR"/>
        </w:rPr>
        <w:t xml:space="preserve"> </w:t>
      </w:r>
      <w:r>
        <w:rPr>
          <w:lang w:eastAsia="ko-KR"/>
        </w:rPr>
        <w:t>뜨겁게</w:t>
      </w:r>
      <w:r>
        <w:rPr>
          <w:lang w:eastAsia="ko-KR"/>
        </w:rPr>
        <w:t xml:space="preserve"> </w:t>
      </w:r>
      <w:r>
        <w:rPr>
          <w:lang w:eastAsia="ko-KR"/>
        </w:rPr>
        <w:t>깨어나게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30FB6B6B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2.  </w:t>
      </w:r>
      <w:r>
        <w:rPr>
          <w:lang w:eastAsia="ko-KR"/>
        </w:rPr>
        <w:t>성령의</w:t>
      </w:r>
      <w:r>
        <w:rPr>
          <w:lang w:eastAsia="ko-KR"/>
        </w:rPr>
        <w:t xml:space="preserve"> </w:t>
      </w:r>
      <w:r>
        <w:rPr>
          <w:lang w:eastAsia="ko-KR"/>
        </w:rPr>
        <w:t>치유</w:t>
      </w:r>
      <w:r>
        <w:rPr>
          <w:lang w:eastAsia="ko-KR"/>
        </w:rPr>
        <w:t xml:space="preserve"> </w:t>
      </w:r>
      <w:r>
        <w:rPr>
          <w:lang w:eastAsia="ko-KR"/>
        </w:rPr>
        <w:t>사역이</w:t>
      </w:r>
      <w:r>
        <w:rPr>
          <w:lang w:eastAsia="ko-KR"/>
        </w:rPr>
        <w:t xml:space="preserve"> </w:t>
      </w:r>
      <w:r>
        <w:rPr>
          <w:lang w:eastAsia="ko-KR"/>
        </w:rPr>
        <w:t>강력하게</w:t>
      </w:r>
      <w:r>
        <w:rPr>
          <w:lang w:eastAsia="ko-KR"/>
        </w:rPr>
        <w:t xml:space="preserve"> </w:t>
      </w:r>
      <w:r>
        <w:rPr>
          <w:lang w:eastAsia="ko-KR"/>
        </w:rPr>
        <w:t>나타나</w:t>
      </w:r>
      <w:r>
        <w:rPr>
          <w:lang w:eastAsia="ko-KR"/>
        </w:rPr>
        <w:t xml:space="preserve"> </w:t>
      </w:r>
      <w:r>
        <w:rPr>
          <w:lang w:eastAsia="ko-KR"/>
        </w:rPr>
        <w:t>영적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육적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마음의</w:t>
      </w:r>
      <w:r>
        <w:rPr>
          <w:lang w:eastAsia="ko-KR"/>
        </w:rPr>
        <w:t xml:space="preserve"> </w:t>
      </w:r>
      <w:r>
        <w:rPr>
          <w:lang w:eastAsia="ko-KR"/>
        </w:rPr>
        <w:t>상처가</w:t>
      </w:r>
      <w:r>
        <w:rPr>
          <w:lang w:eastAsia="ko-KR"/>
        </w:rPr>
        <w:t xml:space="preserve"> </w:t>
      </w:r>
      <w:r>
        <w:rPr>
          <w:lang w:eastAsia="ko-KR"/>
        </w:rPr>
        <w:t>깨끗이</w:t>
      </w:r>
      <w:r>
        <w:rPr>
          <w:lang w:eastAsia="ko-KR"/>
        </w:rPr>
        <w:t xml:space="preserve"> </w:t>
      </w:r>
      <w:r>
        <w:rPr>
          <w:lang w:eastAsia="ko-KR"/>
        </w:rPr>
        <w:t>나음을</w:t>
      </w:r>
      <w:r>
        <w:rPr>
          <w:lang w:eastAsia="ko-KR"/>
        </w:rPr>
        <w:t xml:space="preserve"> </w:t>
      </w:r>
      <w:r>
        <w:rPr>
          <w:lang w:eastAsia="ko-KR"/>
        </w:rPr>
        <w:t>입고</w:t>
      </w:r>
      <w:r>
        <w:rPr>
          <w:lang w:eastAsia="ko-KR"/>
        </w:rPr>
        <w:t>, “</w:t>
      </w:r>
      <w:r>
        <w:rPr>
          <w:lang w:eastAsia="ko-KR"/>
        </w:rPr>
        <w:t>하나님이</w:t>
      </w:r>
      <w:r>
        <w:rPr>
          <w:lang w:eastAsia="ko-KR"/>
        </w:rPr>
        <w:t xml:space="preserve"> </w:t>
      </w:r>
      <w:r>
        <w:rPr>
          <w:lang w:eastAsia="ko-KR"/>
        </w:rPr>
        <w:t>참으로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살아계신다</w:t>
      </w:r>
      <w:proofErr w:type="spellEnd"/>
      <w:r>
        <w:rPr>
          <w:lang w:eastAsia="ko-KR"/>
        </w:rPr>
        <w:t>”</w:t>
      </w:r>
      <w:r>
        <w:rPr>
          <w:lang w:eastAsia="ko-KR"/>
        </w:rPr>
        <w:t>라는</w:t>
      </w:r>
      <w:r>
        <w:rPr>
          <w:lang w:eastAsia="ko-KR"/>
        </w:rPr>
        <w:t xml:space="preserve"> </w:t>
      </w:r>
      <w:r>
        <w:rPr>
          <w:lang w:eastAsia="ko-KR"/>
        </w:rPr>
        <w:t>고백이</w:t>
      </w:r>
      <w:r>
        <w:rPr>
          <w:lang w:eastAsia="ko-KR"/>
        </w:rPr>
        <w:t xml:space="preserve"> </w:t>
      </w:r>
      <w:r>
        <w:rPr>
          <w:lang w:eastAsia="ko-KR"/>
        </w:rPr>
        <w:t>터져</w:t>
      </w:r>
      <w:r>
        <w:rPr>
          <w:lang w:eastAsia="ko-KR"/>
        </w:rPr>
        <w:t xml:space="preserve"> </w:t>
      </w:r>
      <w:r>
        <w:rPr>
          <w:lang w:eastAsia="ko-KR"/>
        </w:rPr>
        <w:t>나오는</w:t>
      </w:r>
      <w:r>
        <w:rPr>
          <w:lang w:eastAsia="ko-KR"/>
        </w:rPr>
        <w:t xml:space="preserve"> </w:t>
      </w:r>
      <w:r>
        <w:rPr>
          <w:lang w:eastAsia="ko-KR"/>
        </w:rPr>
        <w:t>기적의</w:t>
      </w:r>
      <w:r>
        <w:rPr>
          <w:lang w:eastAsia="ko-KR"/>
        </w:rPr>
        <w:t xml:space="preserve"> </w:t>
      </w:r>
      <w:r>
        <w:rPr>
          <w:lang w:eastAsia="ko-KR"/>
        </w:rPr>
        <w:t>현장이</w:t>
      </w:r>
      <w:r>
        <w:rPr>
          <w:lang w:eastAsia="ko-KR"/>
        </w:rPr>
        <w:t xml:space="preserve"> </w:t>
      </w:r>
      <w:r>
        <w:rPr>
          <w:lang w:eastAsia="ko-KR"/>
        </w:rPr>
        <w:t>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3854C708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3.  </w:t>
      </w:r>
      <w:r>
        <w:rPr>
          <w:lang w:eastAsia="ko-KR"/>
        </w:rPr>
        <w:t>이번</w:t>
      </w:r>
      <w:r>
        <w:rPr>
          <w:lang w:eastAsia="ko-KR"/>
        </w:rPr>
        <w:t xml:space="preserve"> ‘</w:t>
      </w:r>
      <w:r>
        <w:rPr>
          <w:lang w:eastAsia="ko-KR"/>
        </w:rPr>
        <w:t>교회</w:t>
      </w:r>
      <w:r>
        <w:rPr>
          <w:lang w:eastAsia="ko-KR"/>
        </w:rPr>
        <w:t xml:space="preserve"> </w:t>
      </w:r>
      <w:r>
        <w:rPr>
          <w:lang w:eastAsia="ko-KR"/>
        </w:rPr>
        <w:t>토양</w:t>
      </w:r>
      <w:r>
        <w:rPr>
          <w:lang w:eastAsia="ko-KR"/>
        </w:rPr>
        <w:t xml:space="preserve"> </w:t>
      </w:r>
      <w:r>
        <w:rPr>
          <w:lang w:eastAsia="ko-KR"/>
        </w:rPr>
        <w:t>작업과</w:t>
      </w:r>
      <w:r>
        <w:rPr>
          <w:lang w:eastAsia="ko-KR"/>
        </w:rPr>
        <w:t xml:space="preserve"> </w:t>
      </w:r>
      <w:r>
        <w:rPr>
          <w:lang w:eastAsia="ko-KR"/>
        </w:rPr>
        <w:t>성령치유사역</w:t>
      </w:r>
      <w:r>
        <w:rPr>
          <w:lang w:eastAsia="ko-KR"/>
        </w:rPr>
        <w:t xml:space="preserve"> </w:t>
      </w:r>
      <w:r>
        <w:rPr>
          <w:lang w:eastAsia="ko-KR"/>
        </w:rPr>
        <w:t>컨퍼런스</w:t>
      </w:r>
      <w:r>
        <w:rPr>
          <w:lang w:eastAsia="ko-KR"/>
        </w:rPr>
        <w:t xml:space="preserve">’ </w:t>
      </w:r>
      <w:r>
        <w:rPr>
          <w:lang w:eastAsia="ko-KR"/>
        </w:rPr>
        <w:t>현장에</w:t>
      </w:r>
      <w:r>
        <w:rPr>
          <w:lang w:eastAsia="ko-KR"/>
        </w:rPr>
        <w:t xml:space="preserve"> </w:t>
      </w:r>
      <w:r>
        <w:rPr>
          <w:lang w:eastAsia="ko-KR"/>
        </w:rPr>
        <w:t>성령의</w:t>
      </w:r>
      <w:r>
        <w:rPr>
          <w:lang w:eastAsia="ko-KR"/>
        </w:rPr>
        <w:t xml:space="preserve"> </w:t>
      </w:r>
      <w:r>
        <w:rPr>
          <w:lang w:eastAsia="ko-KR"/>
        </w:rPr>
        <w:t>강력한</w:t>
      </w:r>
      <w:r>
        <w:rPr>
          <w:lang w:eastAsia="ko-KR"/>
        </w:rPr>
        <w:t xml:space="preserve"> </w:t>
      </w:r>
      <w:r>
        <w:rPr>
          <w:lang w:eastAsia="ko-KR"/>
        </w:rPr>
        <w:t>기름</w:t>
      </w:r>
      <w:r>
        <w:rPr>
          <w:lang w:eastAsia="ko-KR"/>
        </w:rPr>
        <w:t xml:space="preserve"> </w:t>
      </w:r>
      <w:r>
        <w:rPr>
          <w:lang w:eastAsia="ko-KR"/>
        </w:rPr>
        <w:t>부으심이</w:t>
      </w:r>
      <w:r>
        <w:rPr>
          <w:lang w:eastAsia="ko-KR"/>
        </w:rPr>
        <w:t xml:space="preserve"> </w:t>
      </w:r>
      <w:r>
        <w:rPr>
          <w:lang w:eastAsia="ko-KR"/>
        </w:rPr>
        <w:t>임하여</w:t>
      </w:r>
      <w:r>
        <w:rPr>
          <w:lang w:eastAsia="ko-KR"/>
        </w:rPr>
        <w:t xml:space="preserve">, </w:t>
      </w:r>
      <w:r>
        <w:rPr>
          <w:lang w:eastAsia="ko-KR"/>
        </w:rPr>
        <w:t>참석한</w:t>
      </w:r>
      <w:r>
        <w:rPr>
          <w:lang w:eastAsia="ko-KR"/>
        </w:rPr>
        <w:t xml:space="preserve"> </w:t>
      </w:r>
      <w:r>
        <w:rPr>
          <w:lang w:eastAsia="ko-KR"/>
        </w:rPr>
        <w:t>모두가</w:t>
      </w:r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살아계심을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오감으로</w:t>
      </w:r>
      <w:r>
        <w:rPr>
          <w:lang w:eastAsia="ko-KR"/>
        </w:rPr>
        <w:t xml:space="preserve"> </w:t>
      </w:r>
      <w:r>
        <w:rPr>
          <w:lang w:eastAsia="ko-KR"/>
        </w:rPr>
        <w:t>체험하는</w:t>
      </w:r>
      <w:r>
        <w:rPr>
          <w:lang w:eastAsia="ko-KR"/>
        </w:rPr>
        <w:t xml:space="preserve"> </w:t>
      </w:r>
      <w:r>
        <w:rPr>
          <w:lang w:eastAsia="ko-KR"/>
        </w:rPr>
        <w:t>생생한</w:t>
      </w:r>
      <w:r>
        <w:rPr>
          <w:lang w:eastAsia="ko-KR"/>
        </w:rPr>
        <w:t xml:space="preserve"> </w:t>
      </w:r>
      <w:r>
        <w:rPr>
          <w:lang w:eastAsia="ko-KR"/>
        </w:rPr>
        <w:t>현장이</w:t>
      </w:r>
      <w:r>
        <w:rPr>
          <w:lang w:eastAsia="ko-KR"/>
        </w:rPr>
        <w:t xml:space="preserve"> </w:t>
      </w:r>
      <w:r>
        <w:rPr>
          <w:lang w:eastAsia="ko-KR"/>
        </w:rPr>
        <w:t>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27644B9C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lastRenderedPageBreak/>
        <w:t xml:space="preserve">4.  </w:t>
      </w:r>
      <w:r>
        <w:rPr>
          <w:lang w:eastAsia="ko-KR"/>
        </w:rPr>
        <w:t>치열한</w:t>
      </w:r>
      <w:r>
        <w:rPr>
          <w:lang w:eastAsia="ko-KR"/>
        </w:rPr>
        <w:t xml:space="preserve"> </w:t>
      </w:r>
      <w:r>
        <w:rPr>
          <w:lang w:eastAsia="ko-KR"/>
        </w:rPr>
        <w:t>목회</w:t>
      </w:r>
      <w:r>
        <w:rPr>
          <w:lang w:eastAsia="ko-KR"/>
        </w:rPr>
        <w:t xml:space="preserve"> </w:t>
      </w:r>
      <w:r>
        <w:rPr>
          <w:lang w:eastAsia="ko-KR"/>
        </w:rPr>
        <w:t>현장에서</w:t>
      </w:r>
      <w:r>
        <w:rPr>
          <w:lang w:eastAsia="ko-KR"/>
        </w:rPr>
        <w:t xml:space="preserve"> </w:t>
      </w:r>
      <w:r>
        <w:rPr>
          <w:lang w:eastAsia="ko-KR"/>
        </w:rPr>
        <w:t>지치고</w:t>
      </w:r>
      <w:r>
        <w:rPr>
          <w:lang w:eastAsia="ko-KR"/>
        </w:rPr>
        <w:t xml:space="preserve"> </w:t>
      </w:r>
      <w:r>
        <w:rPr>
          <w:lang w:eastAsia="ko-KR"/>
        </w:rPr>
        <w:t>상한</w:t>
      </w:r>
      <w:r>
        <w:rPr>
          <w:lang w:eastAsia="ko-KR"/>
        </w:rPr>
        <w:t xml:space="preserve"> </w:t>
      </w:r>
      <w:r>
        <w:rPr>
          <w:lang w:eastAsia="ko-KR"/>
        </w:rPr>
        <w:t>목회자</w:t>
      </w:r>
      <w:r>
        <w:rPr>
          <w:lang w:eastAsia="ko-KR"/>
        </w:rPr>
        <w:t xml:space="preserve"> </w:t>
      </w:r>
      <w:r>
        <w:rPr>
          <w:lang w:eastAsia="ko-KR"/>
        </w:rPr>
        <w:t>부부들이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따뜻한</w:t>
      </w:r>
      <w:r>
        <w:rPr>
          <w:lang w:eastAsia="ko-KR"/>
        </w:rPr>
        <w:t xml:space="preserve"> </w:t>
      </w:r>
      <w:r>
        <w:rPr>
          <w:lang w:eastAsia="ko-KR"/>
        </w:rPr>
        <w:t>품과</w:t>
      </w:r>
      <w:r>
        <w:rPr>
          <w:lang w:eastAsia="ko-KR"/>
        </w:rPr>
        <w:t xml:space="preserve"> </w:t>
      </w:r>
      <w:r>
        <w:rPr>
          <w:lang w:eastAsia="ko-KR"/>
        </w:rPr>
        <w:t>임재에</w:t>
      </w:r>
      <w:r>
        <w:rPr>
          <w:lang w:eastAsia="ko-KR"/>
        </w:rPr>
        <w:t xml:space="preserve"> </w:t>
      </w:r>
      <w:r>
        <w:rPr>
          <w:lang w:eastAsia="ko-KR"/>
        </w:rPr>
        <w:t>압도되어</w:t>
      </w:r>
      <w:r>
        <w:rPr>
          <w:lang w:eastAsia="ko-KR"/>
        </w:rPr>
        <w:t xml:space="preserve"> </w:t>
      </w:r>
      <w:r>
        <w:rPr>
          <w:lang w:eastAsia="ko-KR"/>
        </w:rPr>
        <w:t>참된</w:t>
      </w:r>
      <w:r>
        <w:rPr>
          <w:lang w:eastAsia="ko-KR"/>
        </w:rPr>
        <w:t xml:space="preserve"> </w:t>
      </w:r>
      <w:r>
        <w:rPr>
          <w:lang w:eastAsia="ko-KR"/>
        </w:rPr>
        <w:t>쉼을</w:t>
      </w:r>
      <w:r>
        <w:rPr>
          <w:lang w:eastAsia="ko-KR"/>
        </w:rPr>
        <w:t xml:space="preserve"> </w:t>
      </w:r>
      <w:r>
        <w:rPr>
          <w:lang w:eastAsia="ko-KR"/>
        </w:rPr>
        <w:t>얻고</w:t>
      </w:r>
      <w:r>
        <w:rPr>
          <w:lang w:eastAsia="ko-KR"/>
        </w:rPr>
        <w:t xml:space="preserve"> </w:t>
      </w:r>
      <w:r>
        <w:rPr>
          <w:lang w:eastAsia="ko-KR"/>
        </w:rPr>
        <w:t>꺼져가던</w:t>
      </w:r>
      <w:r>
        <w:rPr>
          <w:lang w:eastAsia="ko-KR"/>
        </w:rPr>
        <w:t xml:space="preserve"> </w:t>
      </w:r>
      <w:r>
        <w:rPr>
          <w:lang w:eastAsia="ko-KR"/>
        </w:rPr>
        <w:t>소명이</w:t>
      </w:r>
      <w:r>
        <w:rPr>
          <w:lang w:eastAsia="ko-KR"/>
        </w:rPr>
        <w:t xml:space="preserve"> </w:t>
      </w:r>
      <w:r>
        <w:rPr>
          <w:lang w:eastAsia="ko-KR"/>
        </w:rPr>
        <w:t>다시</w:t>
      </w:r>
      <w:r>
        <w:rPr>
          <w:lang w:eastAsia="ko-KR"/>
        </w:rPr>
        <w:t xml:space="preserve"> </w:t>
      </w:r>
      <w:r>
        <w:rPr>
          <w:lang w:eastAsia="ko-KR"/>
        </w:rPr>
        <w:t>불타오르게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27644B9C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proofErr w:type="spellStart"/>
      <w:proofErr w:type="spellEnd"/>
      <w:r>
        <w:rPr>
          <w:lang w:eastAsia="ko-KR"/>
        </w:rPr>
        <w:t>5.  집중하여 기도하는 가운데 성령께서 돌보시는 마음의 아픔과 삶의 문제를 정직하게 주님 앞에 내어놓게 하시고, 두려움과 수치심을 넘어 하나님의 사랑을 깊이 받아들이게 하소서.</w:t>
      </w:r>
    </w:p>
    <w:p w14:paraId="27644B9C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proofErr w:type="spellStart"/>
      <w:proofErr w:type="spellEnd"/>
      <w:r>
        <w:rPr>
          <w:lang w:eastAsia="ko-KR"/>
        </w:rPr>
        <w:t>6.  마음에 남아 있는 원망과 미움, 자신을 정죄하는 생각을 주님의 은혜로 내려놓게 하시고, 용서와 화해를 통해 상한 관계가 회복되는 길로 나아가게 하소서.</w:t>
      </w:r>
    </w:p>
    <w:p w14:paraId="27644B9C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proofErr w:type="spellStart"/>
      <w:proofErr w:type="spellEnd"/>
      <w:r>
        <w:rPr>
          <w:lang w:eastAsia="ko-KR"/>
        </w:rPr>
        <w:t>7.  기도를 인도하고 함께 중보하는 이들에게 성령의 분별력과 긍휼을 주시고, 각 사람의 아픔을 사랑으로 품으며 주님께서 이루시는 치유와 회복을 끝까지 기도로 돕게 하소서.</w:t>
      </w:r>
    </w:p>
    <w:p>
      <w:pPr>
        <w:spacing w:before="160" w:after="120"/>
      </w:pPr>
      <w:r>
        <w:rPr>
          <w:rFonts w:ascii="맑은 고딕" w:hAnsi="맑은 고딕" w:eastAsia="맑은 고딕"/>
          <w:b/>
          <w:sz w:val="20"/>
        </w:rPr>
        <w:t>* 컨퍼런스 참석자 명단을 보시고 한 분, 한 분 교회와 가정을 축복하며 중보해 주시기 바랍니다.</w:t>
      </w:r>
    </w:p>
    <w:p w14:paraId="4DB56102" w14:textId="77777777" w:rsidR="00851D0D" w:rsidRDefault="005B4856">
      <w:pPr>
        <w:pageBreakBefore/>
        <w:spacing w:after="80"/>
        <w:rPr>
          <w:lang w:eastAsia="ko-KR"/>
        </w:rPr>
      </w:pPr>
      <w:r>
        <w:rPr>
          <w:b/>
          <w:color w:val="B22222"/>
          <w:sz w:val="28"/>
          <w:lang w:eastAsia="ko-KR"/>
        </w:rPr>
        <w:lastRenderedPageBreak/>
        <w:t>10</w:t>
      </w:r>
      <w:r>
        <w:rPr>
          <w:b/>
          <w:color w:val="B22222"/>
          <w:sz w:val="28"/>
          <w:lang w:eastAsia="ko-KR"/>
        </w:rPr>
        <w:t>월</w:t>
      </w:r>
      <w:r>
        <w:rPr>
          <w:b/>
          <w:color w:val="B22222"/>
          <w:sz w:val="28"/>
          <w:lang w:eastAsia="ko-KR"/>
        </w:rPr>
        <w:t xml:space="preserve"> 13</w:t>
      </w:r>
      <w:r>
        <w:rPr>
          <w:b/>
          <w:color w:val="B22222"/>
          <w:sz w:val="28"/>
          <w:lang w:eastAsia="ko-KR"/>
        </w:rPr>
        <w:t>일</w:t>
      </w:r>
      <w:r>
        <w:rPr>
          <w:b/>
          <w:color w:val="B22222"/>
          <w:sz w:val="28"/>
          <w:lang w:eastAsia="ko-KR"/>
        </w:rPr>
        <w:t>(</w:t>
      </w:r>
      <w:r>
        <w:rPr>
          <w:b/>
          <w:color w:val="B22222"/>
          <w:sz w:val="28"/>
          <w:lang w:eastAsia="ko-KR"/>
        </w:rPr>
        <w:t>화</w:t>
      </w:r>
      <w:r>
        <w:rPr>
          <w:b/>
          <w:color w:val="B22222"/>
          <w:sz w:val="28"/>
          <w:lang w:eastAsia="ko-KR"/>
        </w:rPr>
        <w:t xml:space="preserve">)  </w:t>
      </w:r>
      <w:r>
        <w:rPr>
          <w:b/>
          <w:color w:val="B22222"/>
          <w:sz w:val="28"/>
          <w:lang w:eastAsia="ko-KR"/>
        </w:rPr>
        <w:t>오후</w:t>
      </w:r>
      <w:r>
        <w:rPr>
          <w:b/>
          <w:color w:val="B22222"/>
          <w:sz w:val="28"/>
          <w:lang w:eastAsia="ko-KR"/>
        </w:rPr>
        <w:t xml:space="preserve"> 7:30 ~ 9:00</w:t>
      </w:r>
    </w:p>
    <w:p w14:paraId="2FD2697C" w14:textId="482964E6" w:rsidR="00851D0D" w:rsidRDefault="005B4856" w:rsidP="002919A1">
      <w:pPr>
        <w:spacing w:after="40"/>
        <w:rPr>
          <w:lang w:eastAsia="ko-KR"/>
        </w:rPr>
      </w:pPr>
      <w:r>
        <w:rPr>
          <w:b/>
          <w:color w:val="1B2A4A"/>
          <w:sz w:val="40"/>
          <w:lang w:eastAsia="ko-KR"/>
        </w:rPr>
        <w:t>역사하는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믿음의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단계</w:t>
      </w:r>
      <w:r w:rsidR="002919A1">
        <w:rPr>
          <w:rFonts w:hint="eastAsia"/>
          <w:b/>
          <w:color w:val="1B2A4A"/>
          <w:sz w:val="40"/>
          <w:lang w:eastAsia="ko-KR"/>
        </w:rPr>
        <w:t xml:space="preserve"> </w:t>
      </w:r>
      <w:r>
        <w:rPr>
          <w:color w:val="555555"/>
          <w:sz w:val="25"/>
          <w:lang w:eastAsia="ko-KR"/>
        </w:rPr>
        <w:t>김형배</w:t>
      </w:r>
      <w:r>
        <w:rPr>
          <w:color w:val="555555"/>
          <w:sz w:val="25"/>
          <w:lang w:eastAsia="ko-KR"/>
        </w:rPr>
        <w:t xml:space="preserve"> </w:t>
      </w:r>
      <w:r>
        <w:rPr>
          <w:color w:val="555555"/>
          <w:sz w:val="25"/>
          <w:lang w:eastAsia="ko-KR"/>
        </w:rPr>
        <w:t>담임목사</w:t>
      </w:r>
    </w:p>
    <w:p w14:paraId="362580DB" w14:textId="77777777" w:rsidR="00851D0D" w:rsidRDefault="005B4856">
      <w:pPr>
        <w:pBdr>
          <w:top w:val="single" w:sz="6" w:space="4" w:color="D4A537"/>
          <w:left w:val="single" w:sz="6" w:space="4" w:color="D4A537"/>
          <w:bottom w:val="single" w:sz="6" w:space="4" w:color="D4A537"/>
          <w:right w:val="single" w:sz="6" w:space="4" w:color="D4A537"/>
        </w:pBdr>
        <w:shd w:val="clear" w:color="auto" w:fill="F3EEDF"/>
        <w:spacing w:after="240"/>
        <w:jc w:val="both"/>
        <w:rPr>
          <w:lang w:eastAsia="ko-KR"/>
        </w:rPr>
      </w:pPr>
      <w:r>
        <w:rPr>
          <w:b/>
          <w:color w:val="B8860B"/>
          <w:lang w:eastAsia="ko-KR"/>
        </w:rPr>
        <w:t>[</w:t>
      </w:r>
      <w:r>
        <w:rPr>
          <w:b/>
          <w:color w:val="B8860B"/>
          <w:lang w:eastAsia="ko-KR"/>
        </w:rPr>
        <w:t>이</w:t>
      </w:r>
      <w:r>
        <w:rPr>
          <w:b/>
          <w:color w:val="B8860B"/>
          <w:lang w:eastAsia="ko-KR"/>
        </w:rPr>
        <w:t xml:space="preserve"> </w:t>
      </w:r>
      <w:r>
        <w:rPr>
          <w:b/>
          <w:color w:val="B8860B"/>
          <w:lang w:eastAsia="ko-KR"/>
        </w:rPr>
        <w:t>시간의</w:t>
      </w:r>
      <w:r>
        <w:rPr>
          <w:b/>
          <w:color w:val="B8860B"/>
          <w:lang w:eastAsia="ko-KR"/>
        </w:rPr>
        <w:t xml:space="preserve"> </w:t>
      </w:r>
      <w:r>
        <w:rPr>
          <w:b/>
          <w:color w:val="B8860B"/>
          <w:lang w:eastAsia="ko-KR"/>
        </w:rPr>
        <w:t>기도</w:t>
      </w:r>
      <w:r>
        <w:rPr>
          <w:b/>
          <w:color w:val="B8860B"/>
          <w:lang w:eastAsia="ko-KR"/>
        </w:rPr>
        <w:t xml:space="preserve">] </w:t>
      </w:r>
      <w:r>
        <w:rPr>
          <w:lang w:eastAsia="ko-KR"/>
        </w:rPr>
        <w:t>믿음이</w:t>
      </w:r>
      <w:r>
        <w:rPr>
          <w:lang w:eastAsia="ko-KR"/>
        </w:rPr>
        <w:t xml:space="preserve"> </w:t>
      </w:r>
      <w:r>
        <w:rPr>
          <w:lang w:eastAsia="ko-KR"/>
        </w:rPr>
        <w:t>폭발하고</w:t>
      </w:r>
      <w:r>
        <w:rPr>
          <w:lang w:eastAsia="ko-KR"/>
        </w:rPr>
        <w:t xml:space="preserve"> </w:t>
      </w:r>
      <w:r>
        <w:rPr>
          <w:lang w:eastAsia="ko-KR"/>
        </w:rPr>
        <w:t>기적이</w:t>
      </w:r>
      <w:r>
        <w:rPr>
          <w:lang w:eastAsia="ko-KR"/>
        </w:rPr>
        <w:t xml:space="preserve"> </w:t>
      </w:r>
      <w:r>
        <w:rPr>
          <w:lang w:eastAsia="ko-KR"/>
        </w:rPr>
        <w:t>일어나는</w:t>
      </w:r>
      <w:r>
        <w:rPr>
          <w:lang w:eastAsia="ko-KR"/>
        </w:rPr>
        <w:t xml:space="preserve"> </w:t>
      </w:r>
      <w:r>
        <w:rPr>
          <w:lang w:eastAsia="ko-KR"/>
        </w:rPr>
        <w:t>시간입니다</w:t>
      </w:r>
      <w:r>
        <w:rPr>
          <w:lang w:eastAsia="ko-KR"/>
        </w:rPr>
        <w:t>. ‘</w:t>
      </w:r>
      <w:r w:rsidRPr="002919A1">
        <w:rPr>
          <w:b/>
          <w:bCs/>
          <w:lang w:eastAsia="ko-KR"/>
        </w:rPr>
        <w:t>어제의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하나님이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오늘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나의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하나님</w:t>
      </w:r>
      <w:r w:rsidRPr="002919A1">
        <w:rPr>
          <w:b/>
          <w:bCs/>
          <w:lang w:eastAsia="ko-KR"/>
        </w:rPr>
        <w:t xml:space="preserve">’ </w:t>
      </w:r>
      <w:r w:rsidRPr="002919A1">
        <w:rPr>
          <w:b/>
          <w:bCs/>
          <w:lang w:eastAsia="ko-KR"/>
        </w:rPr>
        <w:t>되심을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선포하며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주세요</w:t>
      </w:r>
      <w:r>
        <w:rPr>
          <w:lang w:eastAsia="ko-KR"/>
        </w:rPr>
        <w:t>.</w:t>
      </w:r>
    </w:p>
    <w:p w14:paraId="57CD1DFC" w14:textId="77777777" w:rsidR="00851D0D" w:rsidRDefault="005B4856">
      <w:pPr>
        <w:spacing w:after="200"/>
        <w:jc w:val="center"/>
        <w:rPr>
          <w:lang w:eastAsia="ko-KR"/>
        </w:rPr>
      </w:pPr>
      <w:r>
        <w:rPr>
          <w:b/>
          <w:color w:val="B22222"/>
          <w:sz w:val="28"/>
          <w:lang w:eastAsia="ko-KR"/>
        </w:rPr>
        <w:t xml:space="preserve">◈ </w:t>
      </w:r>
      <w:r>
        <w:rPr>
          <w:b/>
          <w:color w:val="B22222"/>
          <w:sz w:val="28"/>
          <w:lang w:eastAsia="ko-KR"/>
        </w:rPr>
        <w:t>중보기도</w:t>
      </w:r>
      <w:r>
        <w:rPr>
          <w:b/>
          <w:color w:val="B22222"/>
          <w:sz w:val="28"/>
          <w:lang w:eastAsia="ko-KR"/>
        </w:rPr>
        <w:t xml:space="preserve"> </w:t>
      </w:r>
      <w:r>
        <w:rPr>
          <w:b/>
          <w:color w:val="B22222"/>
          <w:sz w:val="28"/>
          <w:lang w:eastAsia="ko-KR"/>
        </w:rPr>
        <w:t>제목</w:t>
      </w:r>
      <w:r>
        <w:rPr>
          <w:b/>
          <w:color w:val="B22222"/>
          <w:sz w:val="28"/>
          <w:lang w:eastAsia="ko-KR"/>
        </w:rPr>
        <w:t xml:space="preserve"> ◈</w:t>
      </w:r>
    </w:p>
    <w:p w14:paraId="730430E0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>1.  ‘</w:t>
      </w:r>
      <w:r>
        <w:rPr>
          <w:lang w:eastAsia="ko-KR"/>
        </w:rPr>
        <w:t>역사하는</w:t>
      </w:r>
      <w:r>
        <w:rPr>
          <w:lang w:eastAsia="ko-KR"/>
        </w:rPr>
        <w:t xml:space="preserve"> </w:t>
      </w:r>
      <w:r>
        <w:rPr>
          <w:lang w:eastAsia="ko-KR"/>
        </w:rPr>
        <w:t>믿음의</w:t>
      </w:r>
      <w:r>
        <w:rPr>
          <w:lang w:eastAsia="ko-KR"/>
        </w:rPr>
        <w:t xml:space="preserve"> </w:t>
      </w:r>
      <w:r>
        <w:rPr>
          <w:lang w:eastAsia="ko-KR"/>
        </w:rPr>
        <w:t>단계</w:t>
      </w:r>
      <w:r>
        <w:rPr>
          <w:lang w:eastAsia="ko-KR"/>
        </w:rPr>
        <w:t>’</w:t>
      </w:r>
      <w:r>
        <w:rPr>
          <w:lang w:eastAsia="ko-KR"/>
        </w:rPr>
        <w:t>와</w:t>
      </w:r>
      <w:r>
        <w:rPr>
          <w:lang w:eastAsia="ko-KR"/>
        </w:rPr>
        <w:t xml:space="preserve"> ‘</w:t>
      </w:r>
      <w:proofErr w:type="spellStart"/>
      <w:r>
        <w:rPr>
          <w:lang w:eastAsia="ko-KR"/>
        </w:rPr>
        <w:t>치유간증나눔</w:t>
      </w:r>
      <w:proofErr w:type="spellEnd"/>
      <w:r>
        <w:rPr>
          <w:lang w:eastAsia="ko-KR"/>
        </w:rPr>
        <w:t>’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, </w:t>
      </w:r>
      <w:r>
        <w:rPr>
          <w:lang w:eastAsia="ko-KR"/>
        </w:rPr>
        <w:t>어제나</w:t>
      </w:r>
      <w:r>
        <w:rPr>
          <w:lang w:eastAsia="ko-KR"/>
        </w:rPr>
        <w:t xml:space="preserve"> </w:t>
      </w:r>
      <w:r>
        <w:rPr>
          <w:lang w:eastAsia="ko-KR"/>
        </w:rPr>
        <w:t>오늘이나</w:t>
      </w:r>
      <w:r>
        <w:rPr>
          <w:lang w:eastAsia="ko-KR"/>
        </w:rPr>
        <w:t xml:space="preserve"> </w:t>
      </w:r>
      <w:r>
        <w:rPr>
          <w:lang w:eastAsia="ko-KR"/>
        </w:rPr>
        <w:t>영원토록</w:t>
      </w:r>
      <w:r>
        <w:rPr>
          <w:lang w:eastAsia="ko-KR"/>
        </w:rPr>
        <w:t xml:space="preserve"> </w:t>
      </w:r>
      <w:r>
        <w:rPr>
          <w:lang w:eastAsia="ko-KR"/>
        </w:rPr>
        <w:t>동일하게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기적이</w:t>
      </w:r>
      <w:r>
        <w:rPr>
          <w:lang w:eastAsia="ko-KR"/>
        </w:rPr>
        <w:t xml:space="preserve"> </w:t>
      </w:r>
      <w:r>
        <w:rPr>
          <w:lang w:eastAsia="ko-KR"/>
        </w:rPr>
        <w:t>오늘</w:t>
      </w:r>
      <w:r>
        <w:rPr>
          <w:lang w:eastAsia="ko-KR"/>
        </w:rPr>
        <w:t xml:space="preserve"> </w:t>
      </w:r>
      <w:r>
        <w:rPr>
          <w:lang w:eastAsia="ko-KR"/>
        </w:rPr>
        <w:t>나의</w:t>
      </w:r>
      <w:r>
        <w:rPr>
          <w:lang w:eastAsia="ko-KR"/>
        </w:rPr>
        <w:t xml:space="preserve"> </w:t>
      </w:r>
      <w:r>
        <w:rPr>
          <w:lang w:eastAsia="ko-KR"/>
        </w:rPr>
        <w:t>기적이</w:t>
      </w:r>
      <w:r>
        <w:rPr>
          <w:lang w:eastAsia="ko-KR"/>
        </w:rPr>
        <w:t xml:space="preserve"> </w:t>
      </w:r>
      <w:r>
        <w:rPr>
          <w:lang w:eastAsia="ko-KR"/>
        </w:rPr>
        <w:t>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있다는</w:t>
      </w:r>
      <w:r>
        <w:rPr>
          <w:lang w:eastAsia="ko-KR"/>
        </w:rPr>
        <w:t xml:space="preserve"> </w:t>
      </w:r>
      <w:r>
        <w:rPr>
          <w:lang w:eastAsia="ko-KR"/>
        </w:rPr>
        <w:t>폭발적인</w:t>
      </w:r>
      <w:r>
        <w:rPr>
          <w:lang w:eastAsia="ko-KR"/>
        </w:rPr>
        <w:t xml:space="preserve"> </w:t>
      </w:r>
      <w:r>
        <w:rPr>
          <w:lang w:eastAsia="ko-KR"/>
        </w:rPr>
        <w:t>믿음이</w:t>
      </w:r>
      <w:r>
        <w:rPr>
          <w:lang w:eastAsia="ko-KR"/>
        </w:rPr>
        <w:t xml:space="preserve"> </w:t>
      </w:r>
      <w:r>
        <w:rPr>
          <w:lang w:eastAsia="ko-KR"/>
        </w:rPr>
        <w:t>심기게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02D3E389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2.  </w:t>
      </w:r>
      <w:r>
        <w:rPr>
          <w:lang w:eastAsia="ko-KR"/>
        </w:rPr>
        <w:t>성령의</w:t>
      </w:r>
      <w:r>
        <w:rPr>
          <w:lang w:eastAsia="ko-KR"/>
        </w:rPr>
        <w:t xml:space="preserve"> </w:t>
      </w:r>
      <w:r>
        <w:rPr>
          <w:lang w:eastAsia="ko-KR"/>
        </w:rPr>
        <w:t>치유</w:t>
      </w:r>
      <w:r>
        <w:rPr>
          <w:lang w:eastAsia="ko-KR"/>
        </w:rPr>
        <w:t xml:space="preserve"> </w:t>
      </w:r>
      <w:r>
        <w:rPr>
          <w:lang w:eastAsia="ko-KR"/>
        </w:rPr>
        <w:t>사역이</w:t>
      </w:r>
      <w:r>
        <w:rPr>
          <w:lang w:eastAsia="ko-KR"/>
        </w:rPr>
        <w:t xml:space="preserve"> </w:t>
      </w:r>
      <w:r>
        <w:rPr>
          <w:lang w:eastAsia="ko-KR"/>
        </w:rPr>
        <w:t>강력하게</w:t>
      </w:r>
      <w:r>
        <w:rPr>
          <w:lang w:eastAsia="ko-KR"/>
        </w:rPr>
        <w:t xml:space="preserve"> </w:t>
      </w:r>
      <w:r>
        <w:rPr>
          <w:lang w:eastAsia="ko-KR"/>
        </w:rPr>
        <w:t>나타나</w:t>
      </w:r>
      <w:r>
        <w:rPr>
          <w:lang w:eastAsia="ko-KR"/>
        </w:rPr>
        <w:t xml:space="preserve"> </w:t>
      </w:r>
      <w:r>
        <w:rPr>
          <w:lang w:eastAsia="ko-KR"/>
        </w:rPr>
        <w:t>영적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육적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마음의</w:t>
      </w:r>
      <w:r>
        <w:rPr>
          <w:lang w:eastAsia="ko-KR"/>
        </w:rPr>
        <w:t xml:space="preserve"> </w:t>
      </w:r>
      <w:r>
        <w:rPr>
          <w:lang w:eastAsia="ko-KR"/>
        </w:rPr>
        <w:t>상처가</w:t>
      </w:r>
      <w:r>
        <w:rPr>
          <w:lang w:eastAsia="ko-KR"/>
        </w:rPr>
        <w:t xml:space="preserve"> </w:t>
      </w:r>
      <w:r>
        <w:rPr>
          <w:lang w:eastAsia="ko-KR"/>
        </w:rPr>
        <w:t>깨끗이</w:t>
      </w:r>
      <w:r>
        <w:rPr>
          <w:lang w:eastAsia="ko-KR"/>
        </w:rPr>
        <w:t xml:space="preserve"> </w:t>
      </w:r>
      <w:r>
        <w:rPr>
          <w:lang w:eastAsia="ko-KR"/>
        </w:rPr>
        <w:t>나음을</w:t>
      </w:r>
      <w:r>
        <w:rPr>
          <w:lang w:eastAsia="ko-KR"/>
        </w:rPr>
        <w:t xml:space="preserve"> </w:t>
      </w:r>
      <w:r>
        <w:rPr>
          <w:lang w:eastAsia="ko-KR"/>
        </w:rPr>
        <w:t>입고</w:t>
      </w:r>
      <w:r>
        <w:rPr>
          <w:lang w:eastAsia="ko-KR"/>
        </w:rPr>
        <w:t>, “</w:t>
      </w:r>
      <w:r>
        <w:rPr>
          <w:lang w:eastAsia="ko-KR"/>
        </w:rPr>
        <w:t>하나님이</w:t>
      </w:r>
      <w:r>
        <w:rPr>
          <w:lang w:eastAsia="ko-KR"/>
        </w:rPr>
        <w:t xml:space="preserve"> </w:t>
      </w:r>
      <w:r>
        <w:rPr>
          <w:lang w:eastAsia="ko-KR"/>
        </w:rPr>
        <w:t>참으로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살아계신다</w:t>
      </w:r>
      <w:proofErr w:type="spellEnd"/>
      <w:r>
        <w:rPr>
          <w:lang w:eastAsia="ko-KR"/>
        </w:rPr>
        <w:t>”</w:t>
      </w:r>
      <w:r>
        <w:rPr>
          <w:lang w:eastAsia="ko-KR"/>
        </w:rPr>
        <w:t>라는</w:t>
      </w:r>
      <w:r>
        <w:rPr>
          <w:lang w:eastAsia="ko-KR"/>
        </w:rPr>
        <w:t xml:space="preserve"> </w:t>
      </w:r>
      <w:r>
        <w:rPr>
          <w:lang w:eastAsia="ko-KR"/>
        </w:rPr>
        <w:t>고백이</w:t>
      </w:r>
      <w:r>
        <w:rPr>
          <w:lang w:eastAsia="ko-KR"/>
        </w:rPr>
        <w:t xml:space="preserve"> </w:t>
      </w:r>
      <w:r>
        <w:rPr>
          <w:lang w:eastAsia="ko-KR"/>
        </w:rPr>
        <w:t>터져</w:t>
      </w:r>
      <w:r>
        <w:rPr>
          <w:lang w:eastAsia="ko-KR"/>
        </w:rPr>
        <w:t xml:space="preserve"> </w:t>
      </w:r>
      <w:r>
        <w:rPr>
          <w:lang w:eastAsia="ko-KR"/>
        </w:rPr>
        <w:t>나오는</w:t>
      </w:r>
      <w:r>
        <w:rPr>
          <w:lang w:eastAsia="ko-KR"/>
        </w:rPr>
        <w:t xml:space="preserve"> </w:t>
      </w:r>
      <w:r>
        <w:rPr>
          <w:lang w:eastAsia="ko-KR"/>
        </w:rPr>
        <w:t>기적의</w:t>
      </w:r>
      <w:r>
        <w:rPr>
          <w:lang w:eastAsia="ko-KR"/>
        </w:rPr>
        <w:t xml:space="preserve"> </w:t>
      </w:r>
      <w:r>
        <w:rPr>
          <w:lang w:eastAsia="ko-KR"/>
        </w:rPr>
        <w:t>현장이</w:t>
      </w:r>
      <w:r>
        <w:rPr>
          <w:lang w:eastAsia="ko-KR"/>
        </w:rPr>
        <w:t xml:space="preserve"> </w:t>
      </w:r>
      <w:r>
        <w:rPr>
          <w:lang w:eastAsia="ko-KR"/>
        </w:rPr>
        <w:t>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15CCB073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3.  </w:t>
      </w:r>
      <w:r>
        <w:rPr>
          <w:lang w:eastAsia="ko-KR"/>
        </w:rPr>
        <w:t>숫자적</w:t>
      </w:r>
      <w:r>
        <w:rPr>
          <w:lang w:eastAsia="ko-KR"/>
        </w:rPr>
        <w:t xml:space="preserve">, </w:t>
      </w:r>
      <w:r>
        <w:rPr>
          <w:lang w:eastAsia="ko-KR"/>
        </w:rPr>
        <w:t>영적</w:t>
      </w:r>
      <w:r>
        <w:rPr>
          <w:lang w:eastAsia="ko-KR"/>
        </w:rPr>
        <w:t xml:space="preserve"> </w:t>
      </w:r>
      <w:r>
        <w:rPr>
          <w:lang w:eastAsia="ko-KR"/>
        </w:rPr>
        <w:t>성장의</w:t>
      </w:r>
      <w:r>
        <w:rPr>
          <w:lang w:eastAsia="ko-KR"/>
        </w:rPr>
        <w:t xml:space="preserve"> </w:t>
      </w:r>
      <w:r>
        <w:rPr>
          <w:lang w:eastAsia="ko-KR"/>
        </w:rPr>
        <w:t>정체기</w:t>
      </w:r>
      <w:r>
        <w:rPr>
          <w:lang w:eastAsia="ko-KR"/>
        </w:rPr>
        <w:t>(20, 40, 100, 450, 700)</w:t>
      </w:r>
      <w:r>
        <w:rPr>
          <w:lang w:eastAsia="ko-KR"/>
        </w:rPr>
        <w:t>에</w:t>
      </w:r>
      <w:r>
        <w:rPr>
          <w:lang w:eastAsia="ko-KR"/>
        </w:rPr>
        <w:t xml:space="preserve"> </w:t>
      </w:r>
      <w:r>
        <w:rPr>
          <w:lang w:eastAsia="ko-KR"/>
        </w:rPr>
        <w:t>머물러</w:t>
      </w:r>
      <w:r>
        <w:rPr>
          <w:lang w:eastAsia="ko-KR"/>
        </w:rPr>
        <w:t xml:space="preserve"> </w:t>
      </w:r>
      <w:r>
        <w:rPr>
          <w:lang w:eastAsia="ko-KR"/>
        </w:rPr>
        <w:t>고민하는</w:t>
      </w:r>
      <w:r>
        <w:rPr>
          <w:lang w:eastAsia="ko-KR"/>
        </w:rPr>
        <w:t xml:space="preserve"> </w:t>
      </w:r>
      <w:r>
        <w:rPr>
          <w:lang w:eastAsia="ko-KR"/>
        </w:rPr>
        <w:t>교회들이</w:t>
      </w:r>
      <w:r>
        <w:rPr>
          <w:lang w:eastAsia="ko-KR"/>
        </w:rPr>
        <w:t xml:space="preserve">, </w:t>
      </w:r>
      <w:r>
        <w:rPr>
          <w:lang w:eastAsia="ko-KR"/>
        </w:rPr>
        <w:t>이번</w:t>
      </w:r>
      <w:r>
        <w:rPr>
          <w:lang w:eastAsia="ko-KR"/>
        </w:rPr>
        <w:t xml:space="preserve"> </w:t>
      </w:r>
      <w:r>
        <w:rPr>
          <w:lang w:eastAsia="ko-KR"/>
        </w:rPr>
        <w:t>기회를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권능으로</w:t>
      </w:r>
      <w:r>
        <w:rPr>
          <w:lang w:eastAsia="ko-KR"/>
        </w:rPr>
        <w:t xml:space="preserve">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장벽을</w:t>
      </w:r>
      <w:r>
        <w:rPr>
          <w:lang w:eastAsia="ko-KR"/>
        </w:rPr>
        <w:t xml:space="preserve"> </w:t>
      </w:r>
      <w:r>
        <w:rPr>
          <w:lang w:eastAsia="ko-KR"/>
        </w:rPr>
        <w:t>돌파하는</w:t>
      </w:r>
      <w:r>
        <w:rPr>
          <w:lang w:eastAsia="ko-KR"/>
        </w:rPr>
        <w:t xml:space="preserve"> </w:t>
      </w:r>
      <w:r>
        <w:rPr>
          <w:lang w:eastAsia="ko-KR"/>
        </w:rPr>
        <w:t>기적의</w:t>
      </w:r>
      <w:r>
        <w:rPr>
          <w:lang w:eastAsia="ko-KR"/>
        </w:rPr>
        <w:t xml:space="preserve"> </w:t>
      </w:r>
      <w:r>
        <w:rPr>
          <w:lang w:eastAsia="ko-KR"/>
        </w:rPr>
        <w:t>부흥을</w:t>
      </w:r>
      <w:r>
        <w:rPr>
          <w:lang w:eastAsia="ko-KR"/>
        </w:rPr>
        <w:t xml:space="preserve"> </w:t>
      </w:r>
      <w:r>
        <w:rPr>
          <w:lang w:eastAsia="ko-KR"/>
        </w:rPr>
        <w:t>맛보게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6899EFAA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lastRenderedPageBreak/>
        <w:t xml:space="preserve">4.  </w:t>
      </w:r>
      <w:r>
        <w:rPr>
          <w:lang w:eastAsia="ko-KR"/>
        </w:rPr>
        <w:t>이번</w:t>
      </w:r>
      <w:r>
        <w:rPr>
          <w:lang w:eastAsia="ko-KR"/>
        </w:rPr>
        <w:t xml:space="preserve"> </w:t>
      </w:r>
      <w:r>
        <w:rPr>
          <w:lang w:eastAsia="ko-KR"/>
        </w:rPr>
        <w:t>행사를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 </w:t>
      </w:r>
      <w:r>
        <w:rPr>
          <w:lang w:eastAsia="ko-KR"/>
        </w:rPr>
        <w:t>교단</w:t>
      </w:r>
      <w:r>
        <w:rPr>
          <w:lang w:eastAsia="ko-KR"/>
        </w:rPr>
        <w:t xml:space="preserve"> </w:t>
      </w:r>
      <w:r>
        <w:rPr>
          <w:lang w:eastAsia="ko-KR"/>
        </w:rPr>
        <w:t>내에</w:t>
      </w:r>
      <w:r>
        <w:rPr>
          <w:lang w:eastAsia="ko-KR"/>
        </w:rPr>
        <w:t xml:space="preserve"> </w:t>
      </w:r>
      <w:r>
        <w:rPr>
          <w:lang w:eastAsia="ko-KR"/>
        </w:rPr>
        <w:t>건강한</w:t>
      </w:r>
      <w:r>
        <w:rPr>
          <w:lang w:eastAsia="ko-KR"/>
        </w:rPr>
        <w:t xml:space="preserve"> </w:t>
      </w:r>
      <w:r>
        <w:rPr>
          <w:lang w:eastAsia="ko-KR"/>
        </w:rPr>
        <w:t>목회</w:t>
      </w:r>
      <w:r>
        <w:rPr>
          <w:lang w:eastAsia="ko-KR"/>
        </w:rPr>
        <w:t xml:space="preserve"> </w:t>
      </w:r>
      <w:r>
        <w:rPr>
          <w:lang w:eastAsia="ko-KR"/>
        </w:rPr>
        <w:t>패러다임이</w:t>
      </w:r>
      <w:r>
        <w:rPr>
          <w:lang w:eastAsia="ko-KR"/>
        </w:rPr>
        <w:t xml:space="preserve"> </w:t>
      </w:r>
      <w:r>
        <w:rPr>
          <w:lang w:eastAsia="ko-KR"/>
        </w:rPr>
        <w:t>공유되고</w:t>
      </w:r>
      <w:r>
        <w:rPr>
          <w:lang w:eastAsia="ko-KR"/>
        </w:rPr>
        <w:t xml:space="preserve">, </w:t>
      </w:r>
      <w:r>
        <w:rPr>
          <w:lang w:eastAsia="ko-KR"/>
        </w:rPr>
        <w:t>교단</w:t>
      </w:r>
      <w:r>
        <w:rPr>
          <w:lang w:eastAsia="ko-KR"/>
        </w:rPr>
        <w:t xml:space="preserve"> </w:t>
      </w:r>
      <w:r>
        <w:rPr>
          <w:lang w:eastAsia="ko-KR"/>
        </w:rPr>
        <w:t>전체가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</w:t>
      </w:r>
      <w:r>
        <w:rPr>
          <w:lang w:eastAsia="ko-KR"/>
        </w:rPr>
        <w:t xml:space="preserve"> </w:t>
      </w:r>
      <w:r>
        <w:rPr>
          <w:lang w:eastAsia="ko-KR"/>
        </w:rPr>
        <w:t>앞에서</w:t>
      </w:r>
      <w:r>
        <w:rPr>
          <w:lang w:eastAsia="ko-KR"/>
        </w:rPr>
        <w:t xml:space="preserve"> </w:t>
      </w:r>
      <w:r>
        <w:rPr>
          <w:lang w:eastAsia="ko-KR"/>
        </w:rPr>
        <w:t>영적으로</w:t>
      </w:r>
      <w:r>
        <w:rPr>
          <w:lang w:eastAsia="ko-KR"/>
        </w:rPr>
        <w:t xml:space="preserve"> </w:t>
      </w:r>
      <w:r>
        <w:rPr>
          <w:lang w:eastAsia="ko-KR"/>
        </w:rPr>
        <w:t>새롭게</w:t>
      </w:r>
      <w:r>
        <w:rPr>
          <w:lang w:eastAsia="ko-KR"/>
        </w:rPr>
        <w:t xml:space="preserve"> </w:t>
      </w:r>
      <w:r>
        <w:rPr>
          <w:lang w:eastAsia="ko-KR"/>
        </w:rPr>
        <w:t>깨어나는</w:t>
      </w:r>
      <w:r>
        <w:rPr>
          <w:lang w:eastAsia="ko-KR"/>
        </w:rPr>
        <w:t xml:space="preserve"> </w:t>
      </w:r>
      <w:r>
        <w:rPr>
          <w:lang w:eastAsia="ko-KR"/>
        </w:rPr>
        <w:t>선한</w:t>
      </w:r>
      <w:r>
        <w:rPr>
          <w:lang w:eastAsia="ko-KR"/>
        </w:rPr>
        <w:t xml:space="preserve"> </w:t>
      </w:r>
      <w:r>
        <w:rPr>
          <w:lang w:eastAsia="ko-KR"/>
        </w:rPr>
        <w:t>영향력이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퍼져나가게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6899EFAA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proofErr w:type="spellStart"/>
      <w:proofErr w:type="spellEnd"/>
      <w:proofErr w:type="spellStart"/>
      <w:proofErr w:type="spellEnd"/>
      <w:r>
        <w:rPr>
          <w:lang w:eastAsia="ko-KR"/>
        </w:rPr>
        <w:t>5.  눈앞의 상황과 과거의 실패 때문에 움츠러든 마음이 하나님의 말씀을 붙들게 하시고, 작은 순종부터 담대히 실천하며 믿음이 자라가는 은혜를 누리게 하소서.</w:t>
      </w:r>
    </w:p>
    <w:p w14:paraId="6899EFAA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proofErr w:type="spellStart"/>
      <w:proofErr w:type="spellEnd"/>
      <w:proofErr w:type="spellStart"/>
      <w:proofErr w:type="spellEnd"/>
      <w:r>
        <w:rPr>
          <w:lang w:eastAsia="ko-KR"/>
        </w:rPr>
        <w:t>6.  치유와 회복의 간증을 나눌 때 모든 영광이 살아계신 하나님께 돌아가게 하시고, 듣는 이들이 서로 비교하지 않으며 자신을 향한 하나님의 사랑과 신실하심을 믿게 하소서.</w:t>
      </w:r>
    </w:p>
    <w:p w14:paraId="6899EFAA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proofErr w:type="spellStart"/>
      <w:proofErr w:type="spellEnd"/>
      <w:proofErr w:type="spellStart"/>
      <w:proofErr w:type="spellEnd"/>
      <w:r>
        <w:rPr>
          <w:lang w:eastAsia="ko-KR"/>
        </w:rPr>
        <w:t>7.  집회에서 받은 믿음이 어려운 목회 현실 속에서도 흔들리지 않게 하시고, 하나님의 약속을 따라 사랑하고 섬기는 행동으로 이어져 가정과 교회에 살아 있는 믿음의 열매가 맺히게 하소서.</w:t>
      </w:r>
    </w:p>
    <w:p>
      <w:pPr>
        <w:spacing w:before="160" w:after="120"/>
      </w:pPr>
      <w:r>
        <w:rPr>
          <w:rFonts w:ascii="맑은 고딕" w:hAnsi="맑은 고딕" w:eastAsia="맑은 고딕"/>
          <w:b/>
          <w:sz w:val="20"/>
        </w:rPr>
        <w:t>* 컨퍼런스 참석자 명단을 보시고 한 분, 한 분 교회와 가정을 축복하며 중보해 주시기 바랍니다.</w:t>
      </w:r>
    </w:p>
    <w:p w14:paraId="748C2CF6" w14:textId="77777777" w:rsidR="00851D0D" w:rsidRDefault="005B4856">
      <w:pPr>
        <w:pageBreakBefore/>
        <w:spacing w:after="80"/>
        <w:rPr>
          <w:lang w:eastAsia="ko-KR"/>
        </w:rPr>
      </w:pPr>
      <w:r>
        <w:rPr>
          <w:b/>
          <w:color w:val="B22222"/>
          <w:sz w:val="28"/>
          <w:lang w:eastAsia="ko-KR"/>
        </w:rPr>
        <w:lastRenderedPageBreak/>
        <w:t>10</w:t>
      </w:r>
      <w:r>
        <w:rPr>
          <w:b/>
          <w:color w:val="B22222"/>
          <w:sz w:val="28"/>
          <w:lang w:eastAsia="ko-KR"/>
        </w:rPr>
        <w:t>월</w:t>
      </w:r>
      <w:r>
        <w:rPr>
          <w:b/>
          <w:color w:val="B22222"/>
          <w:sz w:val="28"/>
          <w:lang w:eastAsia="ko-KR"/>
        </w:rPr>
        <w:t xml:space="preserve"> 14</w:t>
      </w:r>
      <w:r>
        <w:rPr>
          <w:b/>
          <w:color w:val="B22222"/>
          <w:sz w:val="28"/>
          <w:lang w:eastAsia="ko-KR"/>
        </w:rPr>
        <w:t>일</w:t>
      </w:r>
      <w:r>
        <w:rPr>
          <w:b/>
          <w:color w:val="B22222"/>
          <w:sz w:val="28"/>
          <w:lang w:eastAsia="ko-KR"/>
        </w:rPr>
        <w:t>(</w:t>
      </w:r>
      <w:r>
        <w:rPr>
          <w:b/>
          <w:color w:val="B22222"/>
          <w:sz w:val="28"/>
          <w:lang w:eastAsia="ko-KR"/>
        </w:rPr>
        <w:t>수</w:t>
      </w:r>
      <w:r>
        <w:rPr>
          <w:b/>
          <w:color w:val="B22222"/>
          <w:sz w:val="28"/>
          <w:lang w:eastAsia="ko-KR"/>
        </w:rPr>
        <w:t xml:space="preserve">)  </w:t>
      </w:r>
      <w:r>
        <w:rPr>
          <w:b/>
          <w:color w:val="B22222"/>
          <w:sz w:val="28"/>
          <w:lang w:eastAsia="ko-KR"/>
        </w:rPr>
        <w:t>오전</w:t>
      </w:r>
      <w:r>
        <w:rPr>
          <w:b/>
          <w:color w:val="B22222"/>
          <w:sz w:val="28"/>
          <w:lang w:eastAsia="ko-KR"/>
        </w:rPr>
        <w:t xml:space="preserve"> 10:30 ~ 12:00</w:t>
      </w:r>
    </w:p>
    <w:p w14:paraId="40A5E243" w14:textId="77777777" w:rsidR="00851D0D" w:rsidRDefault="005B4856">
      <w:pPr>
        <w:spacing w:after="40"/>
        <w:rPr>
          <w:lang w:eastAsia="ko-KR"/>
        </w:rPr>
      </w:pPr>
      <w:r>
        <w:rPr>
          <w:b/>
          <w:color w:val="1B2A4A"/>
          <w:sz w:val="40"/>
          <w:lang w:eastAsia="ko-KR"/>
        </w:rPr>
        <w:t>라이프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스타일</w:t>
      </w:r>
      <w:r>
        <w:rPr>
          <w:b/>
          <w:color w:val="1B2A4A"/>
          <w:sz w:val="40"/>
          <w:lang w:eastAsia="ko-KR"/>
        </w:rPr>
        <w:t xml:space="preserve"> </w:t>
      </w:r>
      <w:r>
        <w:rPr>
          <w:b/>
          <w:color w:val="1B2A4A"/>
          <w:sz w:val="40"/>
          <w:lang w:eastAsia="ko-KR"/>
        </w:rPr>
        <w:t>바꾸기</w:t>
      </w:r>
    </w:p>
    <w:p w14:paraId="36E5F8C9" w14:textId="77777777" w:rsidR="00851D0D" w:rsidRDefault="005B4856">
      <w:pPr>
        <w:spacing w:after="200"/>
        <w:rPr>
          <w:lang w:eastAsia="ko-KR"/>
        </w:rPr>
      </w:pPr>
      <w:r>
        <w:rPr>
          <w:color w:val="555555"/>
          <w:sz w:val="25"/>
          <w:lang w:eastAsia="ko-KR"/>
        </w:rPr>
        <w:t>김형배</w:t>
      </w:r>
      <w:r>
        <w:rPr>
          <w:color w:val="555555"/>
          <w:sz w:val="25"/>
          <w:lang w:eastAsia="ko-KR"/>
        </w:rPr>
        <w:t xml:space="preserve"> </w:t>
      </w:r>
      <w:r>
        <w:rPr>
          <w:color w:val="555555"/>
          <w:sz w:val="25"/>
          <w:lang w:eastAsia="ko-KR"/>
        </w:rPr>
        <w:t>담임목사</w:t>
      </w:r>
    </w:p>
    <w:p w14:paraId="2F8605B2" w14:textId="77777777" w:rsidR="00851D0D" w:rsidRDefault="005B4856">
      <w:pPr>
        <w:pBdr>
          <w:top w:val="single" w:sz="6" w:space="4" w:color="D4A537"/>
          <w:left w:val="single" w:sz="6" w:space="4" w:color="D4A537"/>
          <w:bottom w:val="single" w:sz="6" w:space="4" w:color="D4A537"/>
          <w:right w:val="single" w:sz="6" w:space="4" w:color="D4A537"/>
        </w:pBdr>
        <w:shd w:val="clear" w:color="auto" w:fill="F3EEDF"/>
        <w:spacing w:after="240"/>
        <w:jc w:val="both"/>
        <w:rPr>
          <w:lang w:eastAsia="ko-KR"/>
        </w:rPr>
      </w:pPr>
      <w:r>
        <w:rPr>
          <w:b/>
          <w:color w:val="B8860B"/>
          <w:lang w:eastAsia="ko-KR"/>
        </w:rPr>
        <w:t>[</w:t>
      </w:r>
      <w:r>
        <w:rPr>
          <w:b/>
          <w:color w:val="B8860B"/>
          <w:lang w:eastAsia="ko-KR"/>
        </w:rPr>
        <w:t>이</w:t>
      </w:r>
      <w:r>
        <w:rPr>
          <w:b/>
          <w:color w:val="B8860B"/>
          <w:lang w:eastAsia="ko-KR"/>
        </w:rPr>
        <w:t xml:space="preserve"> </w:t>
      </w:r>
      <w:r>
        <w:rPr>
          <w:b/>
          <w:color w:val="B8860B"/>
          <w:lang w:eastAsia="ko-KR"/>
        </w:rPr>
        <w:t>시간의</w:t>
      </w:r>
      <w:r>
        <w:rPr>
          <w:b/>
          <w:color w:val="B8860B"/>
          <w:lang w:eastAsia="ko-KR"/>
        </w:rPr>
        <w:t xml:space="preserve"> </w:t>
      </w:r>
      <w:r>
        <w:rPr>
          <w:b/>
          <w:color w:val="B8860B"/>
          <w:lang w:eastAsia="ko-KR"/>
        </w:rPr>
        <w:t>기도</w:t>
      </w:r>
      <w:r>
        <w:rPr>
          <w:b/>
          <w:color w:val="B8860B"/>
          <w:lang w:eastAsia="ko-KR"/>
        </w:rPr>
        <w:t xml:space="preserve">] </w:t>
      </w:r>
      <w:r>
        <w:rPr>
          <w:lang w:eastAsia="ko-KR"/>
        </w:rPr>
        <w:t>은혜를</w:t>
      </w:r>
      <w:r>
        <w:rPr>
          <w:lang w:eastAsia="ko-KR"/>
        </w:rPr>
        <w:t xml:space="preserve"> </w:t>
      </w:r>
      <w:r>
        <w:rPr>
          <w:lang w:eastAsia="ko-KR"/>
        </w:rPr>
        <w:t>일상의</w:t>
      </w:r>
      <w:r>
        <w:rPr>
          <w:lang w:eastAsia="ko-KR"/>
        </w:rPr>
        <w:t xml:space="preserve"> </w:t>
      </w:r>
      <w:r>
        <w:rPr>
          <w:lang w:eastAsia="ko-KR"/>
        </w:rPr>
        <w:t>삶으로</w:t>
      </w:r>
      <w:r>
        <w:rPr>
          <w:lang w:eastAsia="ko-KR"/>
        </w:rPr>
        <w:t xml:space="preserve"> </w:t>
      </w:r>
      <w:r>
        <w:rPr>
          <w:lang w:eastAsia="ko-KR"/>
        </w:rPr>
        <w:t>가져가는</w:t>
      </w:r>
      <w:r>
        <w:rPr>
          <w:lang w:eastAsia="ko-KR"/>
        </w:rPr>
        <w:t xml:space="preserve"> </w:t>
      </w:r>
      <w:r>
        <w:rPr>
          <w:lang w:eastAsia="ko-KR"/>
        </w:rPr>
        <w:t>결단의</w:t>
      </w:r>
      <w:r>
        <w:rPr>
          <w:lang w:eastAsia="ko-KR"/>
        </w:rPr>
        <w:t xml:space="preserve"> </w:t>
      </w:r>
      <w:r>
        <w:rPr>
          <w:lang w:eastAsia="ko-KR"/>
        </w:rPr>
        <w:t>시간입니다</w:t>
      </w:r>
      <w:r>
        <w:rPr>
          <w:lang w:eastAsia="ko-KR"/>
        </w:rPr>
        <w:t xml:space="preserve">. </w:t>
      </w:r>
      <w:r w:rsidRPr="002919A1">
        <w:rPr>
          <w:b/>
          <w:bCs/>
          <w:lang w:eastAsia="ko-KR"/>
        </w:rPr>
        <w:t>3</w:t>
      </w:r>
      <w:r w:rsidRPr="002919A1">
        <w:rPr>
          <w:b/>
          <w:bCs/>
          <w:lang w:eastAsia="ko-KR"/>
        </w:rPr>
        <w:t>일의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감격이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평생의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습관으로</w:t>
      </w:r>
      <w:r w:rsidRPr="002919A1">
        <w:rPr>
          <w:b/>
          <w:bCs/>
          <w:lang w:eastAsia="ko-KR"/>
        </w:rPr>
        <w:t xml:space="preserve"> </w:t>
      </w:r>
      <w:r w:rsidRPr="002919A1">
        <w:rPr>
          <w:b/>
          <w:bCs/>
          <w:lang w:eastAsia="ko-KR"/>
        </w:rPr>
        <w:t>이어지도록</w:t>
      </w:r>
      <w:r>
        <w:rPr>
          <w:lang w:eastAsia="ko-KR"/>
        </w:rPr>
        <w:t xml:space="preserve"> </w:t>
      </w:r>
      <w:r>
        <w:rPr>
          <w:lang w:eastAsia="ko-KR"/>
        </w:rPr>
        <w:t>기도해</w:t>
      </w:r>
      <w:r>
        <w:rPr>
          <w:lang w:eastAsia="ko-KR"/>
        </w:rPr>
        <w:t xml:space="preserve"> </w:t>
      </w:r>
      <w:r>
        <w:rPr>
          <w:lang w:eastAsia="ko-KR"/>
        </w:rPr>
        <w:t>주세요</w:t>
      </w:r>
      <w:r>
        <w:rPr>
          <w:lang w:eastAsia="ko-KR"/>
        </w:rPr>
        <w:t>.</w:t>
      </w:r>
    </w:p>
    <w:p w14:paraId="43954CDD" w14:textId="77777777" w:rsidR="00851D0D" w:rsidRDefault="005B4856">
      <w:pPr>
        <w:spacing w:after="200"/>
        <w:jc w:val="center"/>
        <w:rPr>
          <w:lang w:eastAsia="ko-KR"/>
        </w:rPr>
      </w:pPr>
      <w:r>
        <w:rPr>
          <w:b/>
          <w:color w:val="B22222"/>
          <w:sz w:val="28"/>
          <w:lang w:eastAsia="ko-KR"/>
        </w:rPr>
        <w:t xml:space="preserve">◈ </w:t>
      </w:r>
      <w:r>
        <w:rPr>
          <w:b/>
          <w:color w:val="B22222"/>
          <w:sz w:val="28"/>
          <w:lang w:eastAsia="ko-KR"/>
        </w:rPr>
        <w:t>중보기도</w:t>
      </w:r>
      <w:r>
        <w:rPr>
          <w:b/>
          <w:color w:val="B22222"/>
          <w:sz w:val="28"/>
          <w:lang w:eastAsia="ko-KR"/>
        </w:rPr>
        <w:t xml:space="preserve"> </w:t>
      </w:r>
      <w:r>
        <w:rPr>
          <w:b/>
          <w:color w:val="B22222"/>
          <w:sz w:val="28"/>
          <w:lang w:eastAsia="ko-KR"/>
        </w:rPr>
        <w:t>제목</w:t>
      </w:r>
      <w:r>
        <w:rPr>
          <w:b/>
          <w:color w:val="B22222"/>
          <w:sz w:val="28"/>
          <w:lang w:eastAsia="ko-KR"/>
        </w:rPr>
        <w:t xml:space="preserve"> ◈</w:t>
      </w:r>
    </w:p>
    <w:p w14:paraId="51B293E6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>1.  ‘</w:t>
      </w:r>
      <w:r>
        <w:rPr>
          <w:lang w:eastAsia="ko-KR"/>
        </w:rPr>
        <w:t>라이프</w:t>
      </w:r>
      <w:r>
        <w:rPr>
          <w:lang w:eastAsia="ko-KR"/>
        </w:rPr>
        <w:t xml:space="preserve"> </w:t>
      </w:r>
      <w:r>
        <w:rPr>
          <w:lang w:eastAsia="ko-KR"/>
        </w:rPr>
        <w:t>스타일</w:t>
      </w:r>
      <w:r>
        <w:rPr>
          <w:lang w:eastAsia="ko-KR"/>
        </w:rPr>
        <w:t xml:space="preserve"> </w:t>
      </w:r>
      <w:r>
        <w:rPr>
          <w:lang w:eastAsia="ko-KR"/>
        </w:rPr>
        <w:t>바꾸기</w:t>
      </w:r>
      <w:r>
        <w:rPr>
          <w:lang w:eastAsia="ko-KR"/>
        </w:rPr>
        <w:t xml:space="preserve">’ </w:t>
      </w:r>
      <w:r>
        <w:rPr>
          <w:lang w:eastAsia="ko-KR"/>
        </w:rPr>
        <w:t>강의를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 </w:t>
      </w:r>
      <w:r>
        <w:rPr>
          <w:lang w:eastAsia="ko-KR"/>
        </w:rPr>
        <w:t>참석한</w:t>
      </w:r>
      <w:r>
        <w:rPr>
          <w:lang w:eastAsia="ko-KR"/>
        </w:rPr>
        <w:t xml:space="preserve"> </w:t>
      </w:r>
      <w:r>
        <w:rPr>
          <w:lang w:eastAsia="ko-KR"/>
        </w:rPr>
        <w:t>목회자의</w:t>
      </w:r>
      <w:r>
        <w:rPr>
          <w:lang w:eastAsia="ko-KR"/>
        </w:rPr>
        <w:t xml:space="preserve"> </w:t>
      </w:r>
      <w:r>
        <w:rPr>
          <w:lang w:eastAsia="ko-KR"/>
        </w:rPr>
        <w:t>삶의</w:t>
      </w:r>
      <w:r>
        <w:rPr>
          <w:lang w:eastAsia="ko-KR"/>
        </w:rPr>
        <w:t xml:space="preserve"> </w:t>
      </w:r>
      <w:r>
        <w:rPr>
          <w:lang w:eastAsia="ko-KR"/>
        </w:rPr>
        <w:t>패턴이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하나님과</w:t>
      </w:r>
      <w:r>
        <w:rPr>
          <w:lang w:eastAsia="ko-KR"/>
        </w:rPr>
        <w:t xml:space="preserve"> </w:t>
      </w:r>
      <w:r>
        <w:rPr>
          <w:lang w:eastAsia="ko-KR"/>
        </w:rPr>
        <w:t>매일</w:t>
      </w:r>
      <w:r>
        <w:rPr>
          <w:lang w:eastAsia="ko-KR"/>
        </w:rPr>
        <w:t xml:space="preserve"> </w:t>
      </w:r>
      <w:r>
        <w:rPr>
          <w:lang w:eastAsia="ko-KR"/>
        </w:rPr>
        <w:t>동행하는</w:t>
      </w:r>
      <w:r>
        <w:rPr>
          <w:lang w:eastAsia="ko-KR"/>
        </w:rPr>
        <w:t xml:space="preserve"> </w:t>
      </w:r>
      <w:r>
        <w:rPr>
          <w:lang w:eastAsia="ko-KR"/>
        </w:rPr>
        <w:t>성경적이고</w:t>
      </w:r>
      <w:r>
        <w:rPr>
          <w:lang w:eastAsia="ko-KR"/>
        </w:rPr>
        <w:t xml:space="preserve"> </w:t>
      </w:r>
      <w:r>
        <w:rPr>
          <w:lang w:eastAsia="ko-KR"/>
        </w:rPr>
        <w:t>거룩한</w:t>
      </w:r>
      <w:r>
        <w:rPr>
          <w:lang w:eastAsia="ko-KR"/>
        </w:rPr>
        <w:t xml:space="preserve"> </w:t>
      </w:r>
      <w:r>
        <w:rPr>
          <w:lang w:eastAsia="ko-KR"/>
        </w:rPr>
        <w:t>습관으로</w:t>
      </w:r>
      <w:r>
        <w:rPr>
          <w:lang w:eastAsia="ko-KR"/>
        </w:rPr>
        <w:t xml:space="preserve"> </w:t>
      </w:r>
      <w:r>
        <w:rPr>
          <w:lang w:eastAsia="ko-KR"/>
        </w:rPr>
        <w:t>변화되는</w:t>
      </w:r>
      <w:r>
        <w:rPr>
          <w:lang w:eastAsia="ko-KR"/>
        </w:rPr>
        <w:t xml:space="preserve"> </w:t>
      </w:r>
      <w:r>
        <w:rPr>
          <w:lang w:eastAsia="ko-KR"/>
        </w:rPr>
        <w:t>결단이</w:t>
      </w:r>
      <w:r>
        <w:rPr>
          <w:lang w:eastAsia="ko-KR"/>
        </w:rPr>
        <w:t xml:space="preserve"> </w:t>
      </w:r>
      <w:r>
        <w:rPr>
          <w:lang w:eastAsia="ko-KR"/>
        </w:rPr>
        <w:t>일어나게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4AE0C1AF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2.  </w:t>
      </w:r>
      <w:r>
        <w:rPr>
          <w:lang w:eastAsia="ko-KR"/>
        </w:rPr>
        <w:t>참석한</w:t>
      </w:r>
      <w:r>
        <w:rPr>
          <w:lang w:eastAsia="ko-KR"/>
        </w:rPr>
        <w:t xml:space="preserve"> </w:t>
      </w:r>
      <w:r>
        <w:rPr>
          <w:lang w:eastAsia="ko-KR"/>
        </w:rPr>
        <w:t>목회자들이</w:t>
      </w:r>
      <w:r>
        <w:rPr>
          <w:lang w:eastAsia="ko-KR"/>
        </w:rPr>
        <w:t xml:space="preserve"> </w:t>
      </w:r>
      <w:r>
        <w:rPr>
          <w:lang w:eastAsia="ko-KR"/>
        </w:rPr>
        <w:t>현장으로</w:t>
      </w:r>
      <w:r>
        <w:rPr>
          <w:lang w:eastAsia="ko-KR"/>
        </w:rPr>
        <w:t xml:space="preserve"> </w:t>
      </w:r>
      <w:r>
        <w:rPr>
          <w:lang w:eastAsia="ko-KR"/>
        </w:rPr>
        <w:t>돌아가</w:t>
      </w:r>
      <w:r>
        <w:rPr>
          <w:lang w:eastAsia="ko-KR"/>
        </w:rPr>
        <w:t xml:space="preserve"> </w:t>
      </w:r>
      <w:r>
        <w:rPr>
          <w:lang w:eastAsia="ko-KR"/>
        </w:rPr>
        <w:t>배운</w:t>
      </w:r>
      <w:r>
        <w:rPr>
          <w:lang w:eastAsia="ko-KR"/>
        </w:rPr>
        <w:t xml:space="preserve"> </w:t>
      </w:r>
      <w:r>
        <w:rPr>
          <w:lang w:eastAsia="ko-KR"/>
        </w:rPr>
        <w:t>대로</w:t>
      </w:r>
      <w:r>
        <w:rPr>
          <w:lang w:eastAsia="ko-KR"/>
        </w:rPr>
        <w:t xml:space="preserve"> </w:t>
      </w:r>
      <w:r>
        <w:rPr>
          <w:lang w:eastAsia="ko-KR"/>
        </w:rPr>
        <w:t>영적</w:t>
      </w:r>
      <w:r>
        <w:rPr>
          <w:lang w:eastAsia="ko-KR"/>
        </w:rPr>
        <w:t xml:space="preserve"> </w:t>
      </w:r>
      <w:r>
        <w:rPr>
          <w:lang w:eastAsia="ko-KR"/>
        </w:rPr>
        <w:t>토양</w:t>
      </w:r>
      <w:r>
        <w:rPr>
          <w:lang w:eastAsia="ko-KR"/>
        </w:rPr>
        <w:t xml:space="preserve"> </w:t>
      </w:r>
      <w:r>
        <w:rPr>
          <w:lang w:eastAsia="ko-KR"/>
        </w:rPr>
        <w:t>작업을</w:t>
      </w:r>
      <w:r>
        <w:rPr>
          <w:lang w:eastAsia="ko-KR"/>
        </w:rPr>
        <w:t xml:space="preserve"> </w:t>
      </w:r>
      <w:r>
        <w:rPr>
          <w:lang w:eastAsia="ko-KR"/>
        </w:rPr>
        <w:t>이룰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, </w:t>
      </w:r>
      <w:r>
        <w:rPr>
          <w:lang w:eastAsia="ko-KR"/>
        </w:rPr>
        <w:t>그곳에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살아</w:t>
      </w:r>
      <w:r>
        <w:rPr>
          <w:lang w:eastAsia="ko-KR"/>
        </w:rPr>
        <w:t xml:space="preserve"> </w:t>
      </w:r>
      <w:r>
        <w:rPr>
          <w:lang w:eastAsia="ko-KR"/>
        </w:rPr>
        <w:t>역사하시는</w:t>
      </w:r>
      <w:r>
        <w:rPr>
          <w:lang w:eastAsia="ko-KR"/>
        </w:rPr>
        <w:t xml:space="preserve"> </w:t>
      </w:r>
      <w:r>
        <w:rPr>
          <w:lang w:eastAsia="ko-KR"/>
        </w:rPr>
        <w:t>하나님으로</w:t>
      </w:r>
      <w:r>
        <w:rPr>
          <w:lang w:eastAsia="ko-KR"/>
        </w:rPr>
        <w:t xml:space="preserve"> </w:t>
      </w:r>
      <w:r>
        <w:rPr>
          <w:lang w:eastAsia="ko-KR"/>
        </w:rPr>
        <w:t>인하여</w:t>
      </w:r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시련에도</w:t>
      </w:r>
      <w:r>
        <w:rPr>
          <w:lang w:eastAsia="ko-KR"/>
        </w:rPr>
        <w:t xml:space="preserve"> </w:t>
      </w:r>
      <w:r>
        <w:rPr>
          <w:lang w:eastAsia="ko-KR"/>
        </w:rPr>
        <w:t>흔들리지</w:t>
      </w:r>
      <w:r>
        <w:rPr>
          <w:lang w:eastAsia="ko-KR"/>
        </w:rPr>
        <w:t xml:space="preserve"> </w:t>
      </w:r>
      <w:r>
        <w:rPr>
          <w:lang w:eastAsia="ko-KR"/>
        </w:rPr>
        <w:t>않는</w:t>
      </w:r>
      <w:r>
        <w:rPr>
          <w:lang w:eastAsia="ko-KR"/>
        </w:rPr>
        <w:t xml:space="preserve"> </w:t>
      </w:r>
      <w:r>
        <w:rPr>
          <w:lang w:eastAsia="ko-KR"/>
        </w:rPr>
        <w:t>튼튼한</w:t>
      </w:r>
      <w:r>
        <w:rPr>
          <w:lang w:eastAsia="ko-KR"/>
        </w:rPr>
        <w:t xml:space="preserve"> </w:t>
      </w:r>
      <w:r>
        <w:rPr>
          <w:lang w:eastAsia="ko-KR"/>
        </w:rPr>
        <w:t>교회가</w:t>
      </w:r>
      <w:r>
        <w:rPr>
          <w:lang w:eastAsia="ko-KR"/>
        </w:rPr>
        <w:t xml:space="preserve"> </w:t>
      </w:r>
      <w:r>
        <w:rPr>
          <w:lang w:eastAsia="ko-KR"/>
        </w:rPr>
        <w:t>세워지게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2B733C54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3.  </w:t>
      </w:r>
      <w:r>
        <w:rPr>
          <w:lang w:eastAsia="ko-KR"/>
        </w:rPr>
        <w:t>컨퍼런스에서</w:t>
      </w:r>
      <w:r>
        <w:rPr>
          <w:lang w:eastAsia="ko-KR"/>
        </w:rPr>
        <w:t xml:space="preserve"> </w:t>
      </w:r>
      <w:r>
        <w:rPr>
          <w:lang w:eastAsia="ko-KR"/>
        </w:rPr>
        <w:t>만난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살아계신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하나님에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감격이</w:t>
      </w:r>
      <w:r>
        <w:rPr>
          <w:lang w:eastAsia="ko-KR"/>
        </w:rPr>
        <w:t xml:space="preserve"> </w:t>
      </w:r>
      <w:r>
        <w:rPr>
          <w:lang w:eastAsia="ko-KR"/>
        </w:rPr>
        <w:t>각자의</w:t>
      </w:r>
      <w:r>
        <w:rPr>
          <w:lang w:eastAsia="ko-KR"/>
        </w:rPr>
        <w:t xml:space="preserve"> </w:t>
      </w:r>
      <w:r>
        <w:rPr>
          <w:lang w:eastAsia="ko-KR"/>
        </w:rPr>
        <w:t>개교회로</w:t>
      </w:r>
      <w:r>
        <w:rPr>
          <w:lang w:eastAsia="ko-KR"/>
        </w:rPr>
        <w:t xml:space="preserve"> </w:t>
      </w:r>
      <w:r>
        <w:rPr>
          <w:lang w:eastAsia="ko-KR"/>
        </w:rPr>
        <w:t>전이되어</w:t>
      </w:r>
      <w:r>
        <w:rPr>
          <w:lang w:eastAsia="ko-KR"/>
        </w:rPr>
        <w:t xml:space="preserve">, </w:t>
      </w:r>
      <w:r>
        <w:rPr>
          <w:lang w:eastAsia="ko-KR"/>
        </w:rPr>
        <w:t>예배마다</w:t>
      </w:r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살아계심이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증명되는</w:t>
      </w:r>
      <w:r>
        <w:rPr>
          <w:lang w:eastAsia="ko-KR"/>
        </w:rPr>
        <w:t xml:space="preserve"> </w:t>
      </w:r>
      <w:r>
        <w:rPr>
          <w:lang w:eastAsia="ko-KR"/>
        </w:rPr>
        <w:t>강력한</w:t>
      </w:r>
      <w:r>
        <w:rPr>
          <w:lang w:eastAsia="ko-KR"/>
        </w:rPr>
        <w:t xml:space="preserve"> </w:t>
      </w:r>
      <w:r>
        <w:rPr>
          <w:lang w:eastAsia="ko-KR"/>
        </w:rPr>
        <w:t>치유와</w:t>
      </w:r>
      <w:r>
        <w:rPr>
          <w:lang w:eastAsia="ko-KR"/>
        </w:rPr>
        <w:t xml:space="preserve"> </w:t>
      </w:r>
      <w:r>
        <w:rPr>
          <w:lang w:eastAsia="ko-KR"/>
        </w:rPr>
        <w:t>회복이</w:t>
      </w:r>
      <w:r>
        <w:rPr>
          <w:lang w:eastAsia="ko-KR"/>
        </w:rPr>
        <w:t xml:space="preserve"> </w:t>
      </w:r>
      <w:r>
        <w:rPr>
          <w:lang w:eastAsia="ko-KR"/>
        </w:rPr>
        <w:t>폭발적으로</w:t>
      </w:r>
      <w:r>
        <w:rPr>
          <w:lang w:eastAsia="ko-KR"/>
        </w:rPr>
        <w:t xml:space="preserve"> </w:t>
      </w:r>
      <w:r>
        <w:rPr>
          <w:lang w:eastAsia="ko-KR"/>
        </w:rPr>
        <w:t>일어나게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7EDE2F9D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lastRenderedPageBreak/>
        <w:t xml:space="preserve">4. 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컨퍼런스가</w:t>
      </w:r>
      <w:r>
        <w:rPr>
          <w:lang w:eastAsia="ko-KR"/>
        </w:rPr>
        <w:t xml:space="preserve"> </w:t>
      </w:r>
      <w:r>
        <w:rPr>
          <w:lang w:eastAsia="ko-KR"/>
        </w:rPr>
        <w:t>일회성</w:t>
      </w:r>
      <w:r>
        <w:rPr>
          <w:lang w:eastAsia="ko-KR"/>
        </w:rPr>
        <w:t xml:space="preserve"> </w:t>
      </w:r>
      <w:r>
        <w:rPr>
          <w:lang w:eastAsia="ko-KR"/>
        </w:rPr>
        <w:t>행사로</w:t>
      </w:r>
      <w:r>
        <w:rPr>
          <w:lang w:eastAsia="ko-KR"/>
        </w:rPr>
        <w:t xml:space="preserve"> </w:t>
      </w:r>
      <w:r>
        <w:rPr>
          <w:lang w:eastAsia="ko-KR"/>
        </w:rPr>
        <w:t>끝나지</w:t>
      </w:r>
      <w:r>
        <w:rPr>
          <w:lang w:eastAsia="ko-KR"/>
        </w:rPr>
        <w:t xml:space="preserve"> </w:t>
      </w:r>
      <w:r>
        <w:rPr>
          <w:lang w:eastAsia="ko-KR"/>
        </w:rPr>
        <w:t>않고</w:t>
      </w:r>
      <w:r>
        <w:rPr>
          <w:lang w:eastAsia="ko-KR"/>
        </w:rPr>
        <w:t>, “</w:t>
      </w:r>
      <w:r>
        <w:rPr>
          <w:lang w:eastAsia="ko-KR"/>
        </w:rPr>
        <w:t>참으로</w:t>
      </w:r>
      <w:r>
        <w:rPr>
          <w:lang w:eastAsia="ko-KR"/>
        </w:rPr>
        <w:t xml:space="preserve"> </w:t>
      </w:r>
      <w:r>
        <w:rPr>
          <w:lang w:eastAsia="ko-KR"/>
        </w:rPr>
        <w:t>하나님이</w:t>
      </w:r>
      <w:r>
        <w:rPr>
          <w:lang w:eastAsia="ko-KR"/>
        </w:rPr>
        <w:t xml:space="preserve"> </w:t>
      </w:r>
      <w:r>
        <w:rPr>
          <w:lang w:eastAsia="ko-KR"/>
        </w:rPr>
        <w:t>살아</w:t>
      </w:r>
      <w:r>
        <w:rPr>
          <w:lang w:eastAsia="ko-KR"/>
        </w:rPr>
        <w:t xml:space="preserve"> </w:t>
      </w:r>
      <w:r>
        <w:rPr>
          <w:lang w:eastAsia="ko-KR"/>
        </w:rPr>
        <w:t>역사하신다</w:t>
      </w:r>
      <w:r>
        <w:rPr>
          <w:lang w:eastAsia="ko-KR"/>
        </w:rPr>
        <w:t>!”</w:t>
      </w:r>
      <w:r>
        <w:rPr>
          <w:lang w:eastAsia="ko-KR"/>
        </w:rPr>
        <w:t>라는</w:t>
      </w:r>
      <w:r>
        <w:rPr>
          <w:lang w:eastAsia="ko-KR"/>
        </w:rPr>
        <w:t xml:space="preserve"> </w:t>
      </w:r>
      <w:r>
        <w:rPr>
          <w:lang w:eastAsia="ko-KR"/>
        </w:rPr>
        <w:t>생생한</w:t>
      </w:r>
      <w:r>
        <w:rPr>
          <w:lang w:eastAsia="ko-KR"/>
        </w:rPr>
        <w:t xml:space="preserve"> </w:t>
      </w:r>
      <w:r>
        <w:rPr>
          <w:lang w:eastAsia="ko-KR"/>
        </w:rPr>
        <w:t>간증으로</w:t>
      </w:r>
      <w:r>
        <w:rPr>
          <w:lang w:eastAsia="ko-KR"/>
        </w:rPr>
        <w:t xml:space="preserve"> 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땅에</w:t>
      </w:r>
      <w:r>
        <w:rPr>
          <w:lang w:eastAsia="ko-KR"/>
        </w:rPr>
        <w:t xml:space="preserve"> </w:t>
      </w:r>
      <w:r>
        <w:rPr>
          <w:lang w:eastAsia="ko-KR"/>
        </w:rPr>
        <w:t>새로운</w:t>
      </w:r>
      <w:r>
        <w:rPr>
          <w:lang w:eastAsia="ko-KR"/>
        </w:rPr>
        <w:t xml:space="preserve"> </w:t>
      </w:r>
      <w:r>
        <w:rPr>
          <w:lang w:eastAsia="ko-KR"/>
        </w:rPr>
        <w:t>부흥의</w:t>
      </w:r>
      <w:r>
        <w:rPr>
          <w:lang w:eastAsia="ko-KR"/>
        </w:rPr>
        <w:t xml:space="preserve"> </w:t>
      </w:r>
      <w:r>
        <w:rPr>
          <w:lang w:eastAsia="ko-KR"/>
        </w:rPr>
        <w:t>물결을</w:t>
      </w:r>
      <w:r>
        <w:rPr>
          <w:lang w:eastAsia="ko-KR"/>
        </w:rPr>
        <w:t xml:space="preserve"> </w:t>
      </w:r>
      <w:r>
        <w:rPr>
          <w:lang w:eastAsia="ko-KR"/>
        </w:rPr>
        <w:t>일으키는</w:t>
      </w:r>
      <w:r>
        <w:rPr>
          <w:lang w:eastAsia="ko-KR"/>
        </w:rPr>
        <w:t xml:space="preserve"> </w:t>
      </w:r>
      <w:r>
        <w:rPr>
          <w:lang w:eastAsia="ko-KR"/>
        </w:rPr>
        <w:t>거룩한</w:t>
      </w:r>
      <w:r>
        <w:rPr>
          <w:lang w:eastAsia="ko-KR"/>
        </w:rPr>
        <w:t xml:space="preserve"> </w:t>
      </w:r>
      <w:r>
        <w:rPr>
          <w:lang w:eastAsia="ko-KR"/>
        </w:rPr>
        <w:t>마중물이</w:t>
      </w:r>
      <w:r>
        <w:rPr>
          <w:lang w:eastAsia="ko-KR"/>
        </w:rPr>
        <w:t xml:space="preserve"> </w:t>
      </w:r>
      <w:r>
        <w:rPr>
          <w:lang w:eastAsia="ko-KR"/>
        </w:rPr>
        <w:t>되게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2CD596B8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 xml:space="preserve">5.  </w:t>
      </w:r>
      <w:r>
        <w:rPr>
          <w:lang w:eastAsia="ko-KR"/>
        </w:rPr>
        <w:t>지식과</w:t>
      </w:r>
      <w:r>
        <w:rPr>
          <w:lang w:eastAsia="ko-KR"/>
        </w:rPr>
        <w:t xml:space="preserve"> </w:t>
      </w:r>
      <w:r>
        <w:rPr>
          <w:lang w:eastAsia="ko-KR"/>
        </w:rPr>
        <w:t>이론이</w:t>
      </w:r>
      <w:r>
        <w:rPr>
          <w:lang w:eastAsia="ko-KR"/>
        </w:rPr>
        <w:t xml:space="preserve"> </w:t>
      </w:r>
      <w:r>
        <w:rPr>
          <w:lang w:eastAsia="ko-KR"/>
        </w:rPr>
        <w:t>아니라</w:t>
      </w:r>
      <w:r>
        <w:rPr>
          <w:lang w:eastAsia="ko-KR"/>
        </w:rPr>
        <w:t>, ‘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삶과</w:t>
      </w:r>
      <w:r>
        <w:rPr>
          <w:lang w:eastAsia="ko-KR"/>
        </w:rPr>
        <w:t xml:space="preserve"> </w:t>
      </w:r>
      <w:r>
        <w:rPr>
          <w:lang w:eastAsia="ko-KR"/>
        </w:rPr>
        <w:t>목회</w:t>
      </w:r>
      <w:r>
        <w:rPr>
          <w:lang w:eastAsia="ko-KR"/>
        </w:rPr>
        <w:t xml:space="preserve"> </w:t>
      </w:r>
      <w:r>
        <w:rPr>
          <w:lang w:eastAsia="ko-KR"/>
        </w:rPr>
        <w:t>현장에</w:t>
      </w:r>
      <w:r>
        <w:rPr>
          <w:lang w:eastAsia="ko-KR"/>
        </w:rPr>
        <w:t xml:space="preserve"> </w:t>
      </w:r>
      <w:r>
        <w:rPr>
          <w:lang w:eastAsia="ko-KR"/>
        </w:rPr>
        <w:t>살아서</w:t>
      </w:r>
      <w:r>
        <w:rPr>
          <w:lang w:eastAsia="ko-KR"/>
        </w:rPr>
        <w:t xml:space="preserve"> </w:t>
      </w:r>
      <w:r>
        <w:rPr>
          <w:lang w:eastAsia="ko-KR"/>
        </w:rPr>
        <w:t>역사하시는</w:t>
      </w:r>
      <w:r>
        <w:rPr>
          <w:lang w:eastAsia="ko-KR"/>
        </w:rPr>
        <w:t xml:space="preserve"> </w:t>
      </w:r>
      <w:r>
        <w:rPr>
          <w:lang w:eastAsia="ko-KR"/>
        </w:rPr>
        <w:t>하나님</w:t>
      </w:r>
      <w:r>
        <w:rPr>
          <w:lang w:eastAsia="ko-KR"/>
        </w:rPr>
        <w:t>’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향한</w:t>
      </w:r>
      <w:r>
        <w:rPr>
          <w:lang w:eastAsia="ko-KR"/>
        </w:rPr>
        <w:t xml:space="preserve"> </w:t>
      </w:r>
      <w:r>
        <w:rPr>
          <w:lang w:eastAsia="ko-KR"/>
        </w:rPr>
        <w:t>절대적인</w:t>
      </w:r>
      <w:r>
        <w:rPr>
          <w:lang w:eastAsia="ko-KR"/>
        </w:rPr>
        <w:t xml:space="preserve"> </w:t>
      </w:r>
      <w:r>
        <w:rPr>
          <w:lang w:eastAsia="ko-KR"/>
        </w:rPr>
        <w:t>믿음과</w:t>
      </w:r>
      <w:r>
        <w:rPr>
          <w:lang w:eastAsia="ko-KR"/>
        </w:rPr>
        <w:t xml:space="preserve"> </w:t>
      </w:r>
      <w:r>
        <w:rPr>
          <w:lang w:eastAsia="ko-KR"/>
        </w:rPr>
        <w:t>실제적인</w:t>
      </w:r>
      <w:r>
        <w:rPr>
          <w:lang w:eastAsia="ko-KR"/>
        </w:rPr>
        <w:t xml:space="preserve"> </w:t>
      </w:r>
      <w:r>
        <w:rPr>
          <w:lang w:eastAsia="ko-KR"/>
        </w:rPr>
        <w:t>목회적</w:t>
      </w:r>
      <w:r>
        <w:rPr>
          <w:lang w:eastAsia="ko-KR"/>
        </w:rPr>
        <w:t xml:space="preserve"> </w:t>
      </w:r>
      <w:r>
        <w:rPr>
          <w:lang w:eastAsia="ko-KR"/>
        </w:rPr>
        <w:t>통찰력을</w:t>
      </w:r>
      <w:r>
        <w:rPr>
          <w:lang w:eastAsia="ko-KR"/>
        </w:rPr>
        <w:t xml:space="preserve"> </w:t>
      </w:r>
      <w:r>
        <w:rPr>
          <w:lang w:eastAsia="ko-KR"/>
        </w:rPr>
        <w:t>듬뿍</w:t>
      </w:r>
      <w:r>
        <w:rPr>
          <w:lang w:eastAsia="ko-KR"/>
        </w:rPr>
        <w:t xml:space="preserve"> </w:t>
      </w:r>
      <w:r>
        <w:rPr>
          <w:lang w:eastAsia="ko-KR"/>
        </w:rPr>
        <w:t>얻고</w:t>
      </w:r>
      <w:r>
        <w:rPr>
          <w:lang w:eastAsia="ko-KR"/>
        </w:rPr>
        <w:t xml:space="preserve"> </w:t>
      </w:r>
      <w:r>
        <w:rPr>
          <w:lang w:eastAsia="ko-KR"/>
        </w:rPr>
        <w:t>돌아가게</w:t>
      </w:r>
      <w:r>
        <w:rPr>
          <w:lang w:eastAsia="ko-KR"/>
        </w:rPr>
        <w:t xml:space="preserve"> </w:t>
      </w:r>
      <w:r>
        <w:rPr>
          <w:lang w:eastAsia="ko-KR"/>
        </w:rPr>
        <w:t>하소서</w:t>
      </w:r>
      <w:r>
        <w:rPr>
          <w:lang w:eastAsia="ko-KR"/>
        </w:rPr>
        <w:t>.</w:t>
      </w:r>
    </w:p>
    <w:p w14:paraId="2CD596B8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>6.  바쁜 사역 가운데서도 매일 말씀을 묵상하고 기도하는 시간을 우선으로 세우게 하시며, 가정과 쉼을 소중히 돌보는 질서 안에서 하나님과의 동행을 꾸준히 이어가게 하소서.</w:t>
      </w:r>
    </w:p>
    <w:p w14:paraId="2CD596B8" w14:textId="77777777" w:rsidR="00851D0D" w:rsidRDefault="005B4856">
      <w:pPr>
        <w:spacing w:after="140"/>
        <w:ind w:left="340" w:hanging="340"/>
        <w:jc w:val="both"/>
        <w:rPr>
          <w:lang w:eastAsia="ko-KR"/>
        </w:rPr>
      </w:pPr>
      <w:r>
        <w:rPr>
          <w:lang w:eastAsia="ko-KR"/>
        </w:rPr>
        <w:t>7.  각자가 바꾸어야 할 삶의 습관을 구체적으로 결단하고 작은 실천부터 시작하게 하시며, 목회자 부부와 동역자들이 서로 격려하고 점검하여 받은 은혜가 지속적인 삶의 변화로 열매 맺게 하소서.</w:t>
      </w:r>
    </w:p>
    <w:p>
      <w:pPr>
        <w:spacing w:before="160" w:after="120"/>
      </w:pPr>
      <w:r>
        <w:rPr>
          <w:rFonts w:ascii="맑은 고딕" w:hAnsi="맑은 고딕" w:eastAsia="맑은 고딕"/>
          <w:b/>
          <w:sz w:val="20"/>
        </w:rPr>
        <w:t>* 컨퍼런스 참석자 명단을 보시고 한 분, 한 분 교회와 가정을 축복하며 중보해 주시기 바랍니다.</w:t>
      </w:r>
    </w:p>
    <w:p>
      <w:pPr>
        <w:sectPr>
          <w:footerReference w:type="default" r:id="rId8"/>
          <w:pgSz w:w="11906" w:h="16838"/>
          <w:pgMar w:top="1020" w:right="1134" w:bottom="1020" w:left="1134" w:header="720" w:footer="340" w:gutter="0"/>
          <w:cols w:space="720"/>
          <w:docGrid w:linePitch="360"/>
        </w:sectPr>
      </w:pPr>
    </w:p>
    <w:p>
      <w:pPr>
        <w:keepNext/>
        <w:spacing w:after="280"/>
      </w:pPr>
      <w:r>
        <w:rPr>
          <w:rFonts w:ascii="맑은 고딕" w:hAnsi="맑은 고딕" w:eastAsia="맑은 고딕"/>
          <w:b/>
          <w:color w:val="203F50"/>
          <w:sz w:val="40"/>
        </w:rPr>
        <w:t>컨퍼런스 참석자 명단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0" w:type="dxa"/>
          <w:bottom w:w="0" w:type="dxa"/>
          <w:left w:w="0" w:type="dxa"/>
          <w:right w:w="0" w:type="dxa"/>
        </w:tblCellMar>
      </w:tblPr>
      <w:tblGrid>
        <w:gridCol w:w="4620"/>
        <w:gridCol w:w="397"/>
        <w:gridCol w:w="4620"/>
      </w:tblGrid>
      <w:tr>
        <w:tc>
          <w:tcPr>
            <w:tcW w:type="dxa" w:w="4620"/>
          </w:tcPr>
          <w:p>
            <w:pPr>
              <w:spacing w:before="0" w:after="0" w:line="20" w:lineRule="exact"/>
            </w:pPr>
          </w:p>
          <w:tbl>
            <w:tblPr>
              <w:tblStyle w:val="af9"/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 w:sz="4" w:color="D5E2E7"/>
                <w:left w:val="nil" w:sz="4" w:color="D5E2E7"/>
                <w:bottom w:val="nil" w:sz="4" w:color="D5E2E7"/>
                <w:right w:val="nil" w:sz="4" w:color="D5E2E7"/>
                <w:insideV w:val="nil" w:sz="4" w:color="D5E2E7"/>
                <w:insideH w:val="single" w:sz="4" w:color="D5E2E7"/>
              </w:tblBorders>
              <w:tblCellMar>
                <w:top w:w="40" w:type="dxa"/>
                <w:bottom w:w="40" w:type="dxa"/>
                <w:left w:w="70" w:type="dxa"/>
                <w:right w:w="70" w:type="dxa"/>
              </w:tblCellMar>
            </w:tblPr>
            <w:tblGrid>
              <w:gridCol w:w="964"/>
              <w:gridCol w:w="765"/>
              <w:gridCol w:w="2891"/>
            </w:tblGrid>
            <w:tr>
              <w:trPr>
                <w:tblHeader/>
                <w:cantSplit/>
              </w:trPr>
              <w:tc>
                <w:tcPr>
                  <w:tcW w:type="dxa" w:w="964"/>
                  <w:vAlign w:val="center"/>
                  <w:shd w:fill="203F50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FFFFFF"/>
                      <w:sz w:val="19"/>
                    </w:rPr>
                    <w:t>성명</w:t>
                  </w:r>
                </w:p>
              </w:tc>
              <w:tc>
                <w:tcPr>
                  <w:tcW w:type="dxa" w:w="765"/>
                  <w:vAlign w:val="center"/>
                  <w:shd w:fill="203F50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color w:val="FFFFFF"/>
                      <w:sz w:val="19"/>
                    </w:rPr>
                    <w:t>직분</w:t>
                  </w:r>
                </w:p>
              </w:tc>
              <w:tc>
                <w:tcPr>
                  <w:tcW w:type="dxa" w:w="2891"/>
                  <w:vAlign w:val="center"/>
                  <w:shd w:fill="203F50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FFFFFF"/>
                      <w:sz w:val="19"/>
                    </w:rPr>
                    <w:t>교회명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강기안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선교사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아르헨티나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이희옥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선교사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아르헨티나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곽요한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향남꿈의교회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박가경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향남꿈의교회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김달경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G3장자도교회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이영옥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G3장자도교회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김영기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아름다운교회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이명순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아름다운교회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김영임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밝은빛교회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최태섭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밝은빛교회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김이겸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온누리교회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박명남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온누리교회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김재확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자은동부교회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김나영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자은동부교회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김정평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신안교회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김현혜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신안교회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박신애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늘사랑교회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김양화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사부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늘사랑교회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서봉국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일로교회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송금숙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일로교회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성경오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성연교회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김연주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성연교회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손자경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따뜻한교회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유병래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따뜻한교회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오영환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한소망교회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박현미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한소망교회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이동수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대천교회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임은정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대천교회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이병권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인정교회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유하영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인정교회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이상조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신광교회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박은혜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신광교회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이승배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막동사랑교회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김미영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막동사랑교회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이재종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서산전원교회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함선주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서산전원교회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  <w:tc>
          <w:tcPr>
            <w:tcW w:type="dxa" w:w="397"/>
          </w:tcPr>
          <w:p/>
        </w:tc>
        <w:tc>
          <w:tcPr>
            <w:tcW w:type="dxa" w:w="4620"/>
          </w:tcPr>
          <w:p>
            <w:pPr>
              <w:spacing w:before="0" w:after="0" w:line="20" w:lineRule="exact"/>
            </w:pPr>
          </w:p>
          <w:tbl>
            <w:tblPr>
              <w:tblStyle w:val="af9"/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 w:sz="4" w:color="D5E2E7"/>
                <w:left w:val="nil" w:sz="4" w:color="D5E2E7"/>
                <w:bottom w:val="nil" w:sz="4" w:color="D5E2E7"/>
                <w:right w:val="nil" w:sz="4" w:color="D5E2E7"/>
                <w:insideV w:val="nil" w:sz="4" w:color="D5E2E7"/>
                <w:insideH w:val="single" w:sz="4" w:color="D5E2E7"/>
              </w:tblBorders>
              <w:tblCellMar>
                <w:top w:w="40" w:type="dxa"/>
                <w:bottom w:w="40" w:type="dxa"/>
                <w:left w:w="70" w:type="dxa"/>
                <w:right w:w="70" w:type="dxa"/>
              </w:tblCellMar>
            </w:tblPr>
            <w:tblGrid>
              <w:gridCol w:w="964"/>
              <w:gridCol w:w="765"/>
              <w:gridCol w:w="2891"/>
            </w:tblGrid>
            <w:tr>
              <w:trPr>
                <w:tblHeader/>
                <w:cantSplit/>
              </w:trPr>
              <w:tc>
                <w:tcPr>
                  <w:tcW w:type="dxa" w:w="964"/>
                  <w:vAlign w:val="center"/>
                  <w:shd w:fill="203F50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FFFFFF"/>
                      <w:sz w:val="19"/>
                    </w:rPr>
                    <w:t>성명</w:t>
                  </w:r>
                </w:p>
              </w:tc>
              <w:tc>
                <w:tcPr>
                  <w:tcW w:type="dxa" w:w="765"/>
                  <w:vAlign w:val="center"/>
                  <w:shd w:fill="203F50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color w:val="FFFFFF"/>
                      <w:sz w:val="19"/>
                    </w:rPr>
                    <w:t>직분</w:t>
                  </w:r>
                </w:p>
              </w:tc>
              <w:tc>
                <w:tcPr>
                  <w:tcW w:type="dxa" w:w="2891"/>
                  <w:vAlign w:val="center"/>
                  <w:shd w:fill="203F50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FFFFFF"/>
                      <w:sz w:val="19"/>
                    </w:rPr>
                    <w:t>교회명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임종필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소망교회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윤선자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소망교회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전영덕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새샘교회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최영숙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새샘교회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조갑진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대신교회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신성숙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대신교회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주재규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둔리교회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문애숙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둔리교회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주철호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서천중앙교회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정수영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서천중앙교회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추수엽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소망교회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정선녀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소망교회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한준혁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동해교회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김양수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동해교회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한충호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인평교회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안희혜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사모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인평교회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강은모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만사교회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김명옥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내서교회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김승용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예수님처럼예닮교회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김용문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장흥내안리교회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박갑성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좋은교회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박명숙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소서교회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박수현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당미비전교회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박천일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선교사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선교사훈련원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배광모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예은교회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설문규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예찬바울교회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신정호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세계로행복한교회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이세용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좋은나무교회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전기용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대산 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정창윤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오직예수교회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정천호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성민교회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제덕현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충만교회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최명직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우리들교회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최현규</w:t>
                  </w:r>
                </w:p>
              </w:tc>
              <w:tc>
                <w:tcPr>
                  <w:tcW w:type="dxa" w:w="765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FFFFFF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소망교회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64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/>
                      <w:color w:val="203F50"/>
                      <w:sz w:val="19"/>
                    </w:rPr>
                    <w:t>한용희</w:t>
                  </w:r>
                </w:p>
              </w:tc>
              <w:tc>
                <w:tcPr>
                  <w:tcW w:type="dxa" w:w="765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center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목사</w:t>
                  </w:r>
                </w:p>
              </w:tc>
              <w:tc>
                <w:tcPr>
                  <w:tcW w:type="dxa" w:w="2891"/>
                  <w:vAlign w:val="center"/>
                  <w:shd w:fill="EFF5F7"/>
                </w:tcPr>
                <w:p>
                  <w:pPr>
                    <w:keepNext w:val="0"/>
                    <w:spacing w:after="20" w:before="20"/>
                    <w:jc w:val="left"/>
                  </w:pPr>
                  <w:r>
                    <w:rPr>
                      <w:rFonts w:ascii="맑은 고딕" w:hAnsi="맑은 고딕" w:eastAsia="맑은 고딕"/>
                      <w:b w:val="0"/>
                      <w:color w:val="203F50"/>
                      <w:sz w:val="19"/>
                    </w:rPr>
                    <w:t>비전드림교회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sectPr w:rsidR="00851D0D" w:rsidSect="00034616">
      <w:pgSz w:w="11906" w:h="16838"/>
      <w:pgMar w:top="1020" w:right="1134" w:bottom="102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1863048">
    <w:abstractNumId w:val="8"/>
  </w:num>
  <w:num w:numId="2" w16cid:durableId="1255746056">
    <w:abstractNumId w:val="6"/>
  </w:num>
  <w:num w:numId="3" w16cid:durableId="1750271353">
    <w:abstractNumId w:val="5"/>
  </w:num>
  <w:num w:numId="4" w16cid:durableId="1468475958">
    <w:abstractNumId w:val="4"/>
  </w:num>
  <w:num w:numId="5" w16cid:durableId="335768262">
    <w:abstractNumId w:val="7"/>
  </w:num>
  <w:num w:numId="6" w16cid:durableId="529689892">
    <w:abstractNumId w:val="3"/>
  </w:num>
  <w:num w:numId="7" w16cid:durableId="242683957">
    <w:abstractNumId w:val="2"/>
  </w:num>
  <w:num w:numId="8" w16cid:durableId="1188639779">
    <w:abstractNumId w:val="1"/>
  </w:num>
  <w:num w:numId="9" w16cid:durableId="1155800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19A1"/>
    <w:rsid w:val="0029639D"/>
    <w:rsid w:val="002A29B5"/>
    <w:rsid w:val="00326F90"/>
    <w:rsid w:val="00851D0D"/>
    <w:rsid w:val="00AA1D8D"/>
    <w:rsid w:val="00B47730"/>
    <w:rsid w:val="00C75FD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E260F2"/>
  <w14:defaultImageDpi w14:val="300"/>
  <w15:docId w15:val="{3868D62A-26F1-4FAE-9845-40CE24DD4574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맑은 고딕" w:eastAsia="맑은 고딕" w:hAnsi="맑은 고딕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전용석</cp:lastModifiedBy>
  <cp:revision>3</cp:revision>
  <dcterms:created xsi:type="dcterms:W3CDTF">2013-12-23T23:15:00Z</dcterms:created>
  <dcterms:modified xsi:type="dcterms:W3CDTF">2026-10-11T00:42:00Z</dcterms:modified>
  <cp:category/>
</cp:coreProperties>
</file>